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blHeader w:val="0"/>
        </w:trPr>
        <w:tc>
          <w:tcPr>
            <w:tcBorders>
              <w:top w:color="0b1b3b" w:space="0" w:sz="18" w:val="single"/>
              <w:left w:color="0b1b3b" w:space="0" w:sz="18" w:val="single"/>
              <w:bottom w:color="0b1b3b" w:space="0" w:sz="18" w:val="single"/>
              <w:right w:color="0b1b3b" w:space="0" w:sz="18" w:val="single"/>
            </w:tcBorders>
            <w:shd w:fill="0b1b3b" w:val="clear"/>
            <w:vAlign w:val="center"/>
          </w:tcPr>
          <w:p w:rsidR="00000000" w:rsidDel="00000000" w:rsidP="00000000" w:rsidRDefault="00000000" w:rsidRPr="00000000" w14:paraId="00000002">
            <w:pPr>
              <w:spacing w:after="0" w:before="0" w:line="240" w:lineRule="auto"/>
              <w:jc w:val="center"/>
              <w:rPr/>
            </w:pPr>
            <w:r w:rsidDel="00000000" w:rsidR="00000000" w:rsidRPr="00000000">
              <w:rPr>
                <w:rFonts w:ascii="Cinzel" w:cs="Cinzel" w:eastAsia="Cinzel" w:hAnsi="Cinzel"/>
                <w:b w:val="1"/>
                <w:bCs w:val="1"/>
                <w:color w:val="ffffff"/>
                <w:sz w:val="34"/>
                <w:szCs w:val="34"/>
                <w:rtl w:val="0"/>
              </w:rPr>
              <w:t xml:space="preserve">THE GLOBAL ACADEMIC QUADATHLON CUP</w:t>
            </w:r>
            <w:r w:rsidDel="00000000" w:rsidR="00000000" w:rsidRPr="00000000">
              <w:rPr>
                <w:rtl w:val="0"/>
              </w:rPr>
            </w:r>
          </w:p>
          <w:p w:rsidR="00000000" w:rsidDel="00000000" w:rsidP="00000000" w:rsidRDefault="00000000" w:rsidRPr="00000000" w14:paraId="00000003">
            <w:pPr>
              <w:spacing w:after="0" w:before="0" w:line="240" w:lineRule="auto"/>
              <w:jc w:val="center"/>
              <w:rPr/>
            </w:pPr>
            <w:r w:rsidDel="00000000" w:rsidR="00000000" w:rsidRPr="00000000">
              <w:rPr>
                <w:rFonts w:ascii="Cinzel" w:cs="Cinzel" w:eastAsia="Cinzel" w:hAnsi="Cinzel"/>
                <w:b w:val="1"/>
                <w:bCs w:val="1"/>
                <w:color w:val="e2c46f"/>
                <w:sz w:val="26"/>
                <w:szCs w:val="26"/>
                <w:rtl w:val="0"/>
              </w:rPr>
              <w:t xml:space="preserve">DOHA REGIONAL ROUND REGISTRATION FORM</w:t>
            </w:r>
            <w:r w:rsidDel="00000000" w:rsidR="00000000" w:rsidRPr="00000000">
              <w:rPr>
                <w:rtl w:val="0"/>
              </w:rPr>
            </w:r>
          </w:p>
          <w:p w:rsidR="00000000" w:rsidDel="00000000" w:rsidP="00000000" w:rsidRDefault="00000000" w:rsidRPr="00000000" w14:paraId="00000004">
            <w:pPr>
              <w:spacing w:after="0" w:before="0" w:line="240" w:lineRule="auto"/>
              <w:jc w:val="center"/>
              <w:rPr/>
            </w:pPr>
            <w:r w:rsidDel="00000000" w:rsidR="00000000" w:rsidRPr="00000000">
              <w:rPr>
                <w:rFonts w:ascii="Libre Baskerville" w:cs="Libre Baskerville" w:eastAsia="Libre Baskerville" w:hAnsi="Libre Baskerville"/>
                <w:i w:val="1"/>
                <w:iCs w:val="1"/>
                <w:color w:val="ffffff"/>
                <w:sz w:val="18"/>
                <w:szCs w:val="18"/>
                <w:rtl w:val="0"/>
              </w:rPr>
              <w:t xml:space="preserve">Excellence in Every Mind</w:t>
            </w:r>
            <w:r w:rsidDel="00000000" w:rsidR="00000000" w:rsidRPr="00000000">
              <w:rPr>
                <w:rtl w:val="0"/>
              </w:rPr>
            </w:r>
          </w:p>
        </w:tc>
      </w:tr>
    </w:tbl>
    <w:p w:rsidR="00000000" w:rsidDel="00000000" w:rsidP="00000000" w:rsidRDefault="00000000" w:rsidRPr="00000000" w14:paraId="00000005">
      <w:pPr>
        <w:spacing w:after="120" w:before="0" w:lineRule="auto"/>
        <w:rPr/>
      </w:pPr>
      <w:r w:rsidDel="00000000" w:rsidR="00000000" w:rsidRPr="00000000">
        <w:rPr>
          <w:rtl w:val="0"/>
        </w:rPr>
      </w:r>
    </w:p>
    <w:tbl>
      <w:tblPr>
        <w:tblStyle w:val="Table2"/>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36"/>
        <w:gridCol w:w="3636"/>
        <w:gridCol w:w="3636"/>
        <w:gridCol w:w="3636"/>
        <w:tblGridChange w:id="0">
          <w:tblGrid>
            <w:gridCol w:w="3636"/>
            <w:gridCol w:w="3636"/>
            <w:gridCol w:w="3636"/>
            <w:gridCol w:w="3636"/>
          </w:tblGrid>
        </w:tblGridChange>
      </w:tblGrid>
      <w:tr>
        <w:trPr>
          <w:cantSplit w:val="0"/>
          <w:tblHeader w:val="0"/>
        </w:trPr>
        <w:tc>
          <w:tcPr>
            <w:shd w:fill="f6f1e6" w:val="clear"/>
            <w:vAlign w:val="center"/>
          </w:tcPr>
          <w:p w:rsidR="00000000" w:rsidDel="00000000" w:rsidP="00000000" w:rsidRDefault="00000000" w:rsidRPr="00000000" w14:paraId="00000006">
            <w:pPr>
              <w:spacing w:after="0" w:before="0" w:line="240" w:lineRule="auto"/>
              <w:rPr/>
            </w:pPr>
            <w:r w:rsidDel="00000000" w:rsidR="00000000" w:rsidRPr="00000000">
              <w:rPr>
                <w:b w:val="1"/>
                <w:bCs w:val="1"/>
                <w:color w:val="07132a"/>
                <w:rtl w:val="0"/>
              </w:rPr>
              <w:t xml:space="preserve">Round name</w:t>
            </w:r>
            <w:r w:rsidDel="00000000" w:rsidR="00000000" w:rsidRPr="00000000">
              <w:rPr>
                <w:rtl w:val="0"/>
              </w:rPr>
            </w:r>
          </w:p>
        </w:tc>
        <w:tc>
          <w:tcPr>
            <w:vAlign w:val="center"/>
          </w:tcPr>
          <w:p w:rsidR="00000000" w:rsidDel="00000000" w:rsidP="00000000" w:rsidRDefault="00000000" w:rsidRPr="00000000" w14:paraId="00000007">
            <w:pPr>
              <w:spacing w:after="0" w:before="0" w:line="240" w:lineRule="auto"/>
              <w:ind w:left="0" w:right="0" w:firstLine="0"/>
              <w:jc w:val="left"/>
              <w:rPr>
                <w:i w:val="1"/>
                <w:iCs w:val="1"/>
              </w:rPr>
            </w:pPr>
            <w:r w:rsidDel="00000000" w:rsidR="00000000" w:rsidRPr="00000000">
              <w:rPr>
                <w:i w:val="1"/>
                <w:iCs w:val="1"/>
                <w:rtl w:val="0"/>
              </w:rPr>
              <w:t xml:space="preserve">Doha Regional </w:t>
            </w:r>
          </w:p>
        </w:tc>
        <w:tc>
          <w:tcPr>
            <w:shd w:fill="f6f1e6" w:val="clear"/>
            <w:vAlign w:val="center"/>
          </w:tcPr>
          <w:p w:rsidR="00000000" w:rsidDel="00000000" w:rsidP="00000000" w:rsidRDefault="00000000" w:rsidRPr="00000000" w14:paraId="00000008">
            <w:pPr>
              <w:spacing w:after="0" w:before="0" w:line="240" w:lineRule="auto"/>
              <w:rPr/>
            </w:pPr>
            <w:r w:rsidDel="00000000" w:rsidR="00000000" w:rsidRPr="00000000">
              <w:rPr>
                <w:b w:val="1"/>
                <w:bCs w:val="1"/>
                <w:color w:val="07132a"/>
                <w:rtl w:val="0"/>
              </w:rPr>
              <w:t xml:space="preserve">Hosted by</w:t>
            </w:r>
            <w:r w:rsidDel="00000000" w:rsidR="00000000" w:rsidRPr="00000000">
              <w:rPr>
                <w:rtl w:val="0"/>
              </w:rPr>
            </w:r>
          </w:p>
        </w:tc>
        <w:tc>
          <w:tcPr>
            <w:vAlign w:val="center"/>
          </w:tcPr>
          <w:p w:rsidR="00000000" w:rsidDel="00000000" w:rsidP="00000000" w:rsidRDefault="00000000" w:rsidRPr="00000000" w14:paraId="00000009">
            <w:pPr>
              <w:spacing w:after="0" w:before="0" w:line="240" w:lineRule="auto"/>
              <w:rPr>
                <w:i w:val="1"/>
                <w:iCs w:val="1"/>
              </w:rPr>
            </w:pPr>
            <w:r w:rsidDel="00000000" w:rsidR="00000000" w:rsidRPr="00000000">
              <w:rPr>
                <w:i w:val="1"/>
                <w:iCs w:val="1"/>
                <w:rtl w:val="0"/>
              </w:rPr>
              <w:t xml:space="preserve">United International School, The Pearl</w:t>
            </w:r>
          </w:p>
        </w:tc>
      </w:tr>
      <w:tr>
        <w:trPr>
          <w:cantSplit w:val="0"/>
          <w:tblHeader w:val="0"/>
        </w:trPr>
        <w:tc>
          <w:tcPr>
            <w:shd w:fill="f6f1e6" w:val="clear"/>
            <w:vAlign w:val="center"/>
          </w:tcPr>
          <w:p w:rsidR="00000000" w:rsidDel="00000000" w:rsidP="00000000" w:rsidRDefault="00000000" w:rsidRPr="00000000" w14:paraId="0000000A">
            <w:pPr>
              <w:spacing w:after="0" w:before="0" w:line="240" w:lineRule="auto"/>
              <w:rPr/>
            </w:pPr>
            <w:r w:rsidDel="00000000" w:rsidR="00000000" w:rsidRPr="00000000">
              <w:rPr>
                <w:b w:val="1"/>
                <w:bCs w:val="1"/>
                <w:color w:val="07132a"/>
                <w:rtl w:val="0"/>
              </w:rPr>
              <w:t xml:space="preserve">Round dates</w:t>
            </w:r>
            <w:r w:rsidDel="00000000" w:rsidR="00000000" w:rsidRPr="00000000">
              <w:rPr>
                <w:rtl w:val="0"/>
              </w:rPr>
            </w:r>
          </w:p>
        </w:tc>
        <w:tc>
          <w:tcPr>
            <w:vAlign w:val="center"/>
          </w:tcPr>
          <w:p w:rsidR="00000000" w:rsidDel="00000000" w:rsidP="00000000" w:rsidRDefault="00000000" w:rsidRPr="00000000" w14:paraId="0000000B">
            <w:pPr>
              <w:spacing w:after="0" w:before="0" w:line="240" w:lineRule="auto"/>
              <w:ind w:left="0" w:right="0" w:firstLine="0"/>
              <w:jc w:val="left"/>
              <w:rPr>
                <w:i w:val="1"/>
                <w:iCs w:val="1"/>
              </w:rPr>
            </w:pPr>
            <w:r w:rsidDel="00000000" w:rsidR="00000000" w:rsidRPr="00000000">
              <w:rPr>
                <w:i w:val="1"/>
                <w:iCs w:val="1"/>
                <w:rtl w:val="0"/>
              </w:rPr>
              <w:t xml:space="preserve">May 15–16 2026</w:t>
            </w:r>
          </w:p>
        </w:tc>
        <w:tc>
          <w:tcPr>
            <w:shd w:fill="f6f1e6" w:val="clear"/>
            <w:vAlign w:val="center"/>
          </w:tcPr>
          <w:p w:rsidR="00000000" w:rsidDel="00000000" w:rsidP="00000000" w:rsidRDefault="00000000" w:rsidRPr="00000000" w14:paraId="0000000C">
            <w:pPr>
              <w:spacing w:after="0" w:before="0" w:line="240" w:lineRule="auto"/>
              <w:rPr/>
            </w:pPr>
            <w:r w:rsidDel="00000000" w:rsidR="00000000" w:rsidRPr="00000000">
              <w:rPr>
                <w:b w:val="1"/>
                <w:bCs w:val="1"/>
                <w:color w:val="07132a"/>
                <w:rtl w:val="0"/>
              </w:rPr>
              <w:t xml:space="preserve">Venue</w:t>
            </w:r>
            <w:r w:rsidDel="00000000" w:rsidR="00000000" w:rsidRPr="00000000">
              <w:rPr>
                <w:rtl w:val="0"/>
              </w:rPr>
            </w:r>
          </w:p>
        </w:tc>
        <w:tc>
          <w:tcPr>
            <w:vAlign w:val="center"/>
          </w:tcPr>
          <w:p w:rsidR="00000000" w:rsidDel="00000000" w:rsidP="00000000" w:rsidRDefault="00000000" w:rsidRPr="00000000" w14:paraId="0000000D">
            <w:pPr>
              <w:spacing w:after="0" w:before="0" w:line="240" w:lineRule="auto"/>
              <w:ind w:left="0" w:right="0" w:firstLine="0"/>
              <w:jc w:val="left"/>
              <w:rPr/>
            </w:pPr>
            <w:r w:rsidDel="00000000" w:rsidR="00000000" w:rsidRPr="00000000">
              <w:rPr>
                <w:i w:val="1"/>
                <w:iCs w:val="1"/>
                <w:rtl w:val="0"/>
              </w:rPr>
              <w:t xml:space="preserve">Doha, Qatar</w:t>
            </w:r>
            <w:r w:rsidDel="00000000" w:rsidR="00000000" w:rsidRPr="00000000">
              <w:rPr>
                <w:rtl w:val="0"/>
              </w:rPr>
            </w:r>
          </w:p>
        </w:tc>
      </w:tr>
      <w:tr>
        <w:trPr>
          <w:cantSplit w:val="0"/>
          <w:tblHeader w:val="0"/>
        </w:trPr>
        <w:tc>
          <w:tcPr>
            <w:shd w:fill="f6f1e6" w:val="clear"/>
            <w:vAlign w:val="center"/>
          </w:tcPr>
          <w:p w:rsidR="00000000" w:rsidDel="00000000" w:rsidP="00000000" w:rsidRDefault="00000000" w:rsidRPr="00000000" w14:paraId="0000000E">
            <w:pPr>
              <w:spacing w:after="0" w:before="0" w:line="240" w:lineRule="auto"/>
              <w:rPr/>
            </w:pPr>
            <w:r w:rsidDel="00000000" w:rsidR="00000000" w:rsidRPr="00000000">
              <w:rPr>
                <w:b w:val="1"/>
                <w:bCs w:val="1"/>
                <w:color w:val="07132a"/>
                <w:rtl w:val="0"/>
              </w:rPr>
              <w:t xml:space="preserve">Registration deadline</w:t>
            </w:r>
            <w:r w:rsidDel="00000000" w:rsidR="00000000" w:rsidRPr="00000000">
              <w:rPr>
                <w:rtl w:val="0"/>
              </w:rPr>
            </w:r>
          </w:p>
        </w:tc>
        <w:tc>
          <w:tcPr>
            <w:vAlign w:val="center"/>
          </w:tcPr>
          <w:p w:rsidR="00000000" w:rsidDel="00000000" w:rsidP="00000000" w:rsidRDefault="00000000" w:rsidRPr="00000000" w14:paraId="0000000F">
            <w:pPr>
              <w:spacing w:after="0" w:before="0" w:line="240" w:lineRule="auto"/>
              <w:ind w:left="0" w:right="0" w:firstLine="0"/>
              <w:jc w:val="left"/>
              <w:rPr/>
            </w:pPr>
            <w:r w:rsidDel="00000000" w:rsidR="00000000" w:rsidRPr="00000000">
              <w:rPr>
                <w:i w:val="1"/>
                <w:iCs w:val="1"/>
                <w:rtl w:val="0"/>
              </w:rPr>
              <w:t xml:space="preserve">1</w:t>
            </w:r>
            <w:r w:rsidDel="00000000" w:rsidR="00000000" w:rsidRPr="00000000">
              <w:rPr>
                <w:i w:val="1"/>
                <w:iCs w:val="1"/>
                <w:vertAlign w:val="superscript"/>
                <w:rtl w:val="0"/>
              </w:rPr>
              <w:t xml:space="preserve">st</w:t>
            </w:r>
            <w:r w:rsidDel="00000000" w:rsidR="00000000" w:rsidRPr="00000000">
              <w:rPr>
                <w:i w:val="1"/>
                <w:iCs w:val="1"/>
                <w:rtl w:val="0"/>
              </w:rPr>
              <w:t xml:space="preserve"> May</w:t>
            </w:r>
            <w:r w:rsidDel="00000000" w:rsidR="00000000" w:rsidRPr="00000000">
              <w:rPr>
                <w:rtl w:val="0"/>
              </w:rPr>
            </w:r>
          </w:p>
        </w:tc>
        <w:tc>
          <w:tcPr>
            <w:shd w:fill="f6f1e6" w:val="clear"/>
            <w:vAlign w:val="center"/>
          </w:tcPr>
          <w:p w:rsidR="00000000" w:rsidDel="00000000" w:rsidP="00000000" w:rsidRDefault="00000000" w:rsidRPr="00000000" w14:paraId="00000010">
            <w:pPr>
              <w:spacing w:after="0" w:before="0" w:line="240" w:lineRule="auto"/>
              <w:rPr/>
            </w:pPr>
            <w:r w:rsidDel="00000000" w:rsidR="00000000" w:rsidRPr="00000000">
              <w:rPr>
                <w:b w:val="1"/>
                <w:bCs w:val="1"/>
                <w:color w:val="07132a"/>
                <w:rtl w:val="0"/>
              </w:rPr>
              <w:t xml:space="preserve">Submission email</w:t>
            </w:r>
            <w:r w:rsidDel="00000000" w:rsidR="00000000" w:rsidRPr="00000000">
              <w:rPr>
                <w:rtl w:val="0"/>
              </w:rPr>
            </w:r>
          </w:p>
        </w:tc>
        <w:tc>
          <w:tcPr>
            <w:vAlign w:val="center"/>
          </w:tcPr>
          <w:p w:rsidR="00000000" w:rsidDel="00000000" w:rsidP="00000000" w:rsidRDefault="00000000" w:rsidRPr="00000000" w14:paraId="00000011">
            <w:pPr>
              <w:spacing w:after="0" w:before="0" w:line="240" w:lineRule="auto"/>
              <w:ind w:left="0" w:right="0" w:firstLine="0"/>
              <w:jc w:val="left"/>
              <w:rPr/>
            </w:pPr>
            <w:r w:rsidDel="00000000" w:rsidR="00000000" w:rsidRPr="00000000">
              <w:rPr>
                <w:i w:val="1"/>
                <w:iCs w:val="1"/>
                <w:rtl w:val="0"/>
              </w:rPr>
              <w:t xml:space="preserve">Contact@GAQCup.com</w:t>
            </w:r>
            <w:r w:rsidDel="00000000" w:rsidR="00000000" w:rsidRPr="00000000">
              <w:rPr>
                <w:rtl w:val="0"/>
              </w:rPr>
            </w:r>
          </w:p>
        </w:tc>
      </w:tr>
      <w:tr>
        <w:trPr>
          <w:cantSplit w:val="0"/>
          <w:tblHeader w:val="0"/>
        </w:trPr>
        <w:tc>
          <w:tcPr>
            <w:shd w:fill="f6f1e6" w:val="clear"/>
            <w:vAlign w:val="center"/>
          </w:tcPr>
          <w:p w:rsidR="00000000" w:rsidDel="00000000" w:rsidP="00000000" w:rsidRDefault="00000000" w:rsidRPr="00000000" w14:paraId="00000012">
            <w:pPr>
              <w:spacing w:after="0" w:before="0" w:line="240" w:lineRule="auto"/>
              <w:rPr/>
            </w:pPr>
            <w:r w:rsidDel="00000000" w:rsidR="00000000" w:rsidRPr="00000000">
              <w:rPr>
                <w:b w:val="1"/>
                <w:bCs w:val="1"/>
                <w:color w:val="07132a"/>
                <w:rtl w:val="0"/>
              </w:rPr>
              <w:t xml:space="preserve">Currency</w:t>
            </w:r>
            <w:r w:rsidDel="00000000" w:rsidR="00000000" w:rsidRPr="00000000">
              <w:rPr>
                <w:rtl w:val="0"/>
              </w:rPr>
            </w:r>
          </w:p>
        </w:tc>
        <w:tc>
          <w:tcPr>
            <w:vAlign w:val="center"/>
          </w:tcPr>
          <w:p w:rsidR="00000000" w:rsidDel="00000000" w:rsidP="00000000" w:rsidRDefault="00000000" w:rsidRPr="00000000" w14:paraId="00000013">
            <w:pPr>
              <w:spacing w:after="0" w:before="0" w:line="240" w:lineRule="auto"/>
              <w:ind w:left="0" w:right="0" w:firstLine="0"/>
              <w:jc w:val="left"/>
              <w:rPr>
                <w:i w:val="1"/>
                <w:iCs w:val="1"/>
              </w:rPr>
            </w:pPr>
            <w:r w:rsidDel="00000000" w:rsidR="00000000" w:rsidRPr="00000000">
              <w:rPr>
                <w:i w:val="1"/>
                <w:iCs w:val="1"/>
                <w:rtl w:val="0"/>
              </w:rPr>
              <w:t xml:space="preserve">Qatari Riyals</w:t>
            </w:r>
          </w:p>
        </w:tc>
        <w:tc>
          <w:tcPr>
            <w:shd w:fill="f6f1e6" w:val="clear"/>
            <w:vAlign w:val="center"/>
          </w:tcPr>
          <w:p w:rsidR="00000000" w:rsidDel="00000000" w:rsidP="00000000" w:rsidRDefault="00000000" w:rsidRPr="00000000" w14:paraId="00000014">
            <w:pPr>
              <w:spacing w:after="0" w:before="0" w:line="240" w:lineRule="auto"/>
              <w:rPr>
                <w:b w:val="1"/>
                <w:bCs w:val="1"/>
                <w:color w:val="07132a"/>
              </w:rPr>
            </w:pPr>
            <w:r w:rsidDel="00000000" w:rsidR="00000000" w:rsidRPr="00000000">
              <w:rPr>
                <w:rtl w:val="0"/>
              </w:rPr>
            </w:r>
          </w:p>
        </w:tc>
        <w:tc>
          <w:tcPr>
            <w:vAlign w:val="center"/>
          </w:tcPr>
          <w:p w:rsidR="00000000" w:rsidDel="00000000" w:rsidP="00000000" w:rsidRDefault="00000000" w:rsidRPr="00000000" w14:paraId="00000015">
            <w:pPr>
              <w:spacing w:after="0" w:before="0" w:line="240" w:lineRule="auto"/>
              <w:rPr>
                <w:i w:val="1"/>
                <w:iCs w:val="1"/>
              </w:rPr>
            </w:pPr>
            <w:r w:rsidDel="00000000" w:rsidR="00000000" w:rsidRPr="00000000">
              <w:rPr>
                <w:rtl w:val="0"/>
              </w:rPr>
            </w:r>
          </w:p>
        </w:tc>
      </w:tr>
    </w:tbl>
    <w:p w:rsidR="00000000" w:rsidDel="00000000" w:rsidP="00000000" w:rsidRDefault="00000000" w:rsidRPr="00000000" w14:paraId="00000016">
      <w:pPr>
        <w:spacing w:after="120" w:before="0" w:lineRule="auto"/>
        <w:rPr/>
      </w:pPr>
      <w:r w:rsidDel="00000000" w:rsidR="00000000" w:rsidRPr="00000000">
        <w:rPr>
          <w:rtl w:val="0"/>
        </w:rPr>
      </w:r>
    </w:p>
    <w:tbl>
      <w:tblPr>
        <w:tblStyle w:val="Table3"/>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blHeader w:val="0"/>
        </w:trPr>
        <w:tc>
          <w:tcPr>
            <w:shd w:fill="07132a" w:val="clear"/>
            <w:vAlign w:val="center"/>
          </w:tcPr>
          <w:p w:rsidR="00000000" w:rsidDel="00000000" w:rsidP="00000000" w:rsidRDefault="00000000" w:rsidRPr="00000000" w14:paraId="00000017">
            <w:pPr>
              <w:spacing w:after="0" w:before="0" w:line="240" w:lineRule="auto"/>
              <w:rPr/>
            </w:pPr>
            <w:r w:rsidDel="00000000" w:rsidR="00000000" w:rsidRPr="00000000">
              <w:rPr>
                <w:rFonts w:ascii="Cinzel" w:cs="Cinzel" w:eastAsia="Cinzel" w:hAnsi="Cinzel"/>
                <w:b w:val="1"/>
                <w:bCs w:val="1"/>
                <w:color w:val="e2c46f"/>
                <w:sz w:val="20"/>
                <w:szCs w:val="20"/>
                <w:rtl w:val="0"/>
              </w:rPr>
              <w:t xml:space="preserve">1. DELEGATION DETAILS</w:t>
            </w:r>
            <w:r w:rsidDel="00000000" w:rsidR="00000000" w:rsidRPr="00000000">
              <w:rPr>
                <w:rtl w:val="0"/>
              </w:rPr>
            </w:r>
          </w:p>
        </w:tc>
      </w:tr>
    </w:tbl>
    <w:p w:rsidR="00000000" w:rsidDel="00000000" w:rsidP="00000000" w:rsidRDefault="00000000" w:rsidRPr="00000000" w14:paraId="00000018">
      <w:pPr>
        <w:spacing w:after="80" w:before="40" w:lineRule="auto"/>
        <w:rPr/>
      </w:pPr>
      <w:r w:rsidDel="00000000" w:rsidR="00000000" w:rsidRPr="00000000">
        <w:rPr>
          <w:i w:val="1"/>
          <w:iCs w:val="1"/>
          <w:sz w:val="17"/>
          <w:szCs w:val="17"/>
          <w:rtl w:val="0"/>
        </w:rPr>
        <w:t xml:space="preserve">Use this template for school-organised or independent delegations. Duplicate roster pages as needed for larger delegations.</w:t>
      </w:r>
      <w:r w:rsidDel="00000000" w:rsidR="00000000" w:rsidRPr="00000000">
        <w:rPr>
          <w:rtl w:val="0"/>
        </w:rPr>
      </w:r>
    </w:p>
    <w:tbl>
      <w:tblPr>
        <w:tblStyle w:val="Table4"/>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36"/>
        <w:gridCol w:w="3636"/>
        <w:gridCol w:w="3636"/>
        <w:gridCol w:w="3636"/>
        <w:tblGridChange w:id="0">
          <w:tblGrid>
            <w:gridCol w:w="3636"/>
            <w:gridCol w:w="3636"/>
            <w:gridCol w:w="3636"/>
            <w:gridCol w:w="3636"/>
          </w:tblGrid>
        </w:tblGridChange>
      </w:tblGrid>
      <w:tr>
        <w:trPr>
          <w:cantSplit w:val="0"/>
          <w:tblHeader w:val="0"/>
        </w:trPr>
        <w:tc>
          <w:tcPr>
            <w:shd w:fill="f6f1e6" w:val="clear"/>
            <w:vAlign w:val="center"/>
          </w:tcPr>
          <w:p w:rsidR="00000000" w:rsidDel="00000000" w:rsidP="00000000" w:rsidRDefault="00000000" w:rsidRPr="00000000" w14:paraId="00000019">
            <w:pPr>
              <w:spacing w:after="0" w:before="0" w:line="240" w:lineRule="auto"/>
              <w:rPr/>
            </w:pPr>
            <w:r w:rsidDel="00000000" w:rsidR="00000000" w:rsidRPr="00000000">
              <w:rPr>
                <w:b w:val="1"/>
                <w:bCs w:val="1"/>
                <w:color w:val="07132a"/>
                <w:rtl w:val="0"/>
              </w:rPr>
              <w:t xml:space="preserve">School / organisation</w:t>
            </w:r>
            <w:r w:rsidDel="00000000" w:rsidR="00000000" w:rsidRPr="00000000">
              <w:rPr>
                <w:rtl w:val="0"/>
              </w:rPr>
            </w:r>
          </w:p>
        </w:tc>
        <w:tc>
          <w:tcPr>
            <w:vAlign w:val="center"/>
          </w:tcPr>
          <w:p w:rsidR="00000000" w:rsidDel="00000000" w:rsidP="00000000" w:rsidRDefault="00000000" w:rsidRPr="00000000" w14:paraId="0000001A">
            <w:pPr>
              <w:spacing w:after="0" w:before="0" w:line="240" w:lineRule="auto"/>
              <w:rPr/>
            </w:pPr>
            <w:r w:rsidDel="00000000" w:rsidR="00000000" w:rsidRPr="00000000">
              <w:rPr>
                <w:i w:val="1"/>
                <w:iCs w:val="1"/>
                <w:rtl w:val="0"/>
              </w:rPr>
              <w:t xml:space="preserve">[Insert main school or organisation]</w:t>
            </w:r>
            <w:r w:rsidDel="00000000" w:rsidR="00000000" w:rsidRPr="00000000">
              <w:rPr>
                <w:rtl w:val="0"/>
              </w:rPr>
            </w:r>
          </w:p>
        </w:tc>
        <w:tc>
          <w:tcPr>
            <w:shd w:fill="f6f1e6" w:val="clear"/>
            <w:vAlign w:val="center"/>
          </w:tcPr>
          <w:p w:rsidR="00000000" w:rsidDel="00000000" w:rsidP="00000000" w:rsidRDefault="00000000" w:rsidRPr="00000000" w14:paraId="0000001B">
            <w:pPr>
              <w:spacing w:after="0" w:before="0" w:line="240" w:lineRule="auto"/>
              <w:rPr/>
            </w:pPr>
            <w:r w:rsidDel="00000000" w:rsidR="00000000" w:rsidRPr="00000000">
              <w:rPr>
                <w:b w:val="1"/>
                <w:bCs w:val="1"/>
                <w:color w:val="07132a"/>
                <w:rtl w:val="0"/>
              </w:rPr>
              <w:t xml:space="preserve">Delegation type</w:t>
            </w:r>
            <w:r w:rsidDel="00000000" w:rsidR="00000000" w:rsidRPr="00000000">
              <w:rPr>
                <w:rtl w:val="0"/>
              </w:rPr>
            </w:r>
          </w:p>
        </w:tc>
        <w:tc>
          <w:tcPr>
            <w:vAlign w:val="center"/>
          </w:tcPr>
          <w:p w:rsidR="00000000" w:rsidDel="00000000" w:rsidP="00000000" w:rsidRDefault="00000000" w:rsidRPr="00000000" w14:paraId="0000001C">
            <w:pPr>
              <w:spacing w:after="0" w:before="0" w:line="240" w:lineRule="auto"/>
              <w:rPr/>
            </w:pPr>
            <w:r w:rsidDel="00000000" w:rsidR="00000000" w:rsidRPr="00000000">
              <w:rPr>
                <w:i w:val="1"/>
                <w:iCs w:val="1"/>
                <w:rtl w:val="0"/>
              </w:rPr>
              <w:t xml:space="preserve">[School-organised / Independent]</w:t>
            </w:r>
            <w:r w:rsidDel="00000000" w:rsidR="00000000" w:rsidRPr="00000000">
              <w:rPr>
                <w:rtl w:val="0"/>
              </w:rPr>
            </w:r>
          </w:p>
        </w:tc>
      </w:tr>
      <w:tr>
        <w:trPr>
          <w:cantSplit w:val="0"/>
          <w:tblHeader w:val="0"/>
        </w:trPr>
        <w:tc>
          <w:tcPr>
            <w:shd w:fill="f6f1e6" w:val="clear"/>
            <w:vAlign w:val="center"/>
          </w:tcPr>
          <w:p w:rsidR="00000000" w:rsidDel="00000000" w:rsidP="00000000" w:rsidRDefault="00000000" w:rsidRPr="00000000" w14:paraId="0000001D">
            <w:pPr>
              <w:spacing w:after="0" w:before="0" w:line="240" w:lineRule="auto"/>
              <w:rPr/>
            </w:pPr>
            <w:r w:rsidDel="00000000" w:rsidR="00000000" w:rsidRPr="00000000">
              <w:rPr>
                <w:b w:val="1"/>
                <w:bCs w:val="1"/>
                <w:color w:val="07132a"/>
                <w:rtl w:val="0"/>
              </w:rPr>
              <w:t xml:space="preserve">Address</w:t>
            </w:r>
            <w:r w:rsidDel="00000000" w:rsidR="00000000" w:rsidRPr="00000000">
              <w:rPr>
                <w:rtl w:val="0"/>
              </w:rPr>
            </w:r>
          </w:p>
        </w:tc>
        <w:tc>
          <w:tcPr>
            <w:vAlign w:val="center"/>
          </w:tcPr>
          <w:p w:rsidR="00000000" w:rsidDel="00000000" w:rsidP="00000000" w:rsidRDefault="00000000" w:rsidRPr="00000000" w14:paraId="0000001E">
            <w:pPr>
              <w:spacing w:after="0" w:before="0" w:line="240" w:lineRule="auto"/>
              <w:rPr/>
            </w:pPr>
            <w:r w:rsidDel="00000000" w:rsidR="00000000" w:rsidRPr="00000000">
              <w:rPr>
                <w:i w:val="1"/>
                <w:iCs w:val="1"/>
                <w:rtl w:val="0"/>
              </w:rPr>
              <w:t xml:space="preserve">[Insert address]</w:t>
            </w:r>
            <w:r w:rsidDel="00000000" w:rsidR="00000000" w:rsidRPr="00000000">
              <w:rPr>
                <w:rtl w:val="0"/>
              </w:rPr>
            </w:r>
          </w:p>
        </w:tc>
        <w:tc>
          <w:tcPr>
            <w:shd w:fill="f6f1e6" w:val="clear"/>
            <w:vAlign w:val="center"/>
          </w:tcPr>
          <w:p w:rsidR="00000000" w:rsidDel="00000000" w:rsidP="00000000" w:rsidRDefault="00000000" w:rsidRPr="00000000" w14:paraId="0000001F">
            <w:pPr>
              <w:spacing w:after="0" w:before="0" w:line="240" w:lineRule="auto"/>
              <w:rPr/>
            </w:pPr>
            <w:r w:rsidDel="00000000" w:rsidR="00000000" w:rsidRPr="00000000">
              <w:rPr>
                <w:b w:val="1"/>
                <w:bCs w:val="1"/>
                <w:color w:val="07132a"/>
                <w:rtl w:val="0"/>
              </w:rPr>
              <w:t xml:space="preserve">City / country</w:t>
            </w:r>
            <w:r w:rsidDel="00000000" w:rsidR="00000000" w:rsidRPr="00000000">
              <w:rPr>
                <w:rtl w:val="0"/>
              </w:rPr>
            </w:r>
          </w:p>
        </w:tc>
        <w:tc>
          <w:tcPr>
            <w:vAlign w:val="center"/>
          </w:tcPr>
          <w:p w:rsidR="00000000" w:rsidDel="00000000" w:rsidP="00000000" w:rsidRDefault="00000000" w:rsidRPr="00000000" w14:paraId="00000020">
            <w:pPr>
              <w:spacing w:after="0" w:before="0" w:line="240" w:lineRule="auto"/>
              <w:rPr/>
            </w:pPr>
            <w:r w:rsidDel="00000000" w:rsidR="00000000" w:rsidRPr="00000000">
              <w:rPr>
                <w:i w:val="1"/>
                <w:iCs w:val="1"/>
                <w:rtl w:val="0"/>
              </w:rPr>
              <w:t xml:space="preserve">[Insert city / country]</w:t>
            </w:r>
            <w:r w:rsidDel="00000000" w:rsidR="00000000" w:rsidRPr="00000000">
              <w:rPr>
                <w:rtl w:val="0"/>
              </w:rPr>
            </w:r>
          </w:p>
        </w:tc>
      </w:tr>
      <w:tr>
        <w:trPr>
          <w:cantSplit w:val="0"/>
          <w:tblHeader w:val="0"/>
        </w:trPr>
        <w:tc>
          <w:tcPr>
            <w:shd w:fill="f6f1e6" w:val="clear"/>
            <w:vAlign w:val="center"/>
          </w:tcPr>
          <w:p w:rsidR="00000000" w:rsidDel="00000000" w:rsidP="00000000" w:rsidRDefault="00000000" w:rsidRPr="00000000" w14:paraId="00000021">
            <w:pPr>
              <w:spacing w:after="0" w:before="0" w:line="240" w:lineRule="auto"/>
              <w:rPr/>
            </w:pPr>
            <w:r w:rsidDel="00000000" w:rsidR="00000000" w:rsidRPr="00000000">
              <w:rPr>
                <w:b w:val="1"/>
                <w:bCs w:val="1"/>
                <w:color w:val="07132a"/>
                <w:rtl w:val="0"/>
              </w:rPr>
              <w:t xml:space="preserve">Main contact email</w:t>
            </w:r>
            <w:r w:rsidDel="00000000" w:rsidR="00000000" w:rsidRPr="00000000">
              <w:rPr>
                <w:rtl w:val="0"/>
              </w:rPr>
            </w:r>
          </w:p>
        </w:tc>
        <w:tc>
          <w:tcPr>
            <w:vAlign w:val="center"/>
          </w:tcPr>
          <w:p w:rsidR="00000000" w:rsidDel="00000000" w:rsidP="00000000" w:rsidRDefault="00000000" w:rsidRPr="00000000" w14:paraId="00000022">
            <w:pPr>
              <w:spacing w:after="0" w:before="0" w:line="240" w:lineRule="auto"/>
              <w:rPr/>
            </w:pPr>
            <w:r w:rsidDel="00000000" w:rsidR="00000000" w:rsidRPr="00000000">
              <w:rPr>
                <w:i w:val="1"/>
                <w:iCs w:val="1"/>
                <w:rtl w:val="0"/>
              </w:rPr>
              <w:t xml:space="preserve">[Insert email]</w:t>
            </w:r>
            <w:r w:rsidDel="00000000" w:rsidR="00000000" w:rsidRPr="00000000">
              <w:rPr>
                <w:rtl w:val="0"/>
              </w:rPr>
            </w:r>
          </w:p>
        </w:tc>
        <w:tc>
          <w:tcPr>
            <w:shd w:fill="f6f1e6" w:val="clear"/>
            <w:vAlign w:val="center"/>
          </w:tcPr>
          <w:p w:rsidR="00000000" w:rsidDel="00000000" w:rsidP="00000000" w:rsidRDefault="00000000" w:rsidRPr="00000000" w14:paraId="00000023">
            <w:pPr>
              <w:spacing w:after="0" w:before="0" w:line="240" w:lineRule="auto"/>
              <w:rPr/>
            </w:pPr>
            <w:r w:rsidDel="00000000" w:rsidR="00000000" w:rsidRPr="00000000">
              <w:rPr>
                <w:b w:val="1"/>
                <w:bCs w:val="1"/>
                <w:color w:val="07132a"/>
                <w:rtl w:val="0"/>
              </w:rPr>
              <w:t xml:space="preserve">Main contact phone</w:t>
            </w:r>
            <w:r w:rsidDel="00000000" w:rsidR="00000000" w:rsidRPr="00000000">
              <w:rPr>
                <w:rtl w:val="0"/>
              </w:rPr>
            </w:r>
          </w:p>
        </w:tc>
        <w:tc>
          <w:tcPr>
            <w:vAlign w:val="center"/>
          </w:tcPr>
          <w:p w:rsidR="00000000" w:rsidDel="00000000" w:rsidP="00000000" w:rsidRDefault="00000000" w:rsidRPr="00000000" w14:paraId="00000024">
            <w:pPr>
              <w:spacing w:after="0" w:before="0" w:line="240" w:lineRule="auto"/>
              <w:rPr/>
            </w:pPr>
            <w:r w:rsidDel="00000000" w:rsidR="00000000" w:rsidRPr="00000000">
              <w:rPr>
                <w:i w:val="1"/>
                <w:iCs w:val="1"/>
                <w:rtl w:val="0"/>
              </w:rPr>
              <w:t xml:space="preserve">[Insert mobile number]</w:t>
            </w:r>
            <w:r w:rsidDel="00000000" w:rsidR="00000000" w:rsidRPr="00000000">
              <w:rPr>
                <w:rtl w:val="0"/>
              </w:rPr>
            </w:r>
          </w:p>
        </w:tc>
      </w:tr>
      <w:tr>
        <w:trPr>
          <w:cantSplit w:val="0"/>
          <w:tblHeader w:val="0"/>
        </w:trPr>
        <w:tc>
          <w:tcPr>
            <w:shd w:fill="f6f1e6" w:val="clear"/>
            <w:vAlign w:val="center"/>
          </w:tcPr>
          <w:p w:rsidR="00000000" w:rsidDel="00000000" w:rsidP="00000000" w:rsidRDefault="00000000" w:rsidRPr="00000000" w14:paraId="00000025">
            <w:pPr>
              <w:spacing w:after="0" w:before="0" w:line="240" w:lineRule="auto"/>
              <w:rPr/>
            </w:pPr>
            <w:r w:rsidDel="00000000" w:rsidR="00000000" w:rsidRPr="00000000">
              <w:rPr>
                <w:b w:val="1"/>
                <w:bCs w:val="1"/>
                <w:color w:val="07132a"/>
                <w:rtl w:val="0"/>
              </w:rPr>
              <w:t xml:space="preserve">Estimated number of teams</w:t>
            </w:r>
            <w:r w:rsidDel="00000000" w:rsidR="00000000" w:rsidRPr="00000000">
              <w:rPr>
                <w:rtl w:val="0"/>
              </w:rPr>
            </w:r>
          </w:p>
        </w:tc>
        <w:tc>
          <w:tcPr>
            <w:vAlign w:val="center"/>
          </w:tcPr>
          <w:p w:rsidR="00000000" w:rsidDel="00000000" w:rsidP="00000000" w:rsidRDefault="00000000" w:rsidRPr="00000000" w14:paraId="00000026">
            <w:pPr>
              <w:spacing w:after="0" w:before="0" w:line="240" w:lineRule="auto"/>
              <w:rPr/>
            </w:pPr>
            <w:r w:rsidDel="00000000" w:rsidR="00000000" w:rsidRPr="00000000">
              <w:rPr>
                <w:i w:val="1"/>
                <w:iCs w:val="1"/>
                <w:rtl w:val="0"/>
              </w:rPr>
              <w:t xml:space="preserve">[Insert number]</w:t>
            </w:r>
            <w:r w:rsidDel="00000000" w:rsidR="00000000" w:rsidRPr="00000000">
              <w:rPr>
                <w:rtl w:val="0"/>
              </w:rPr>
            </w:r>
          </w:p>
        </w:tc>
        <w:tc>
          <w:tcPr>
            <w:shd w:fill="f6f1e6" w:val="clear"/>
            <w:vAlign w:val="center"/>
          </w:tcPr>
          <w:p w:rsidR="00000000" w:rsidDel="00000000" w:rsidP="00000000" w:rsidRDefault="00000000" w:rsidRPr="00000000" w14:paraId="00000027">
            <w:pPr>
              <w:spacing w:after="0" w:before="0" w:line="240" w:lineRule="auto"/>
              <w:rPr/>
            </w:pPr>
            <w:r w:rsidDel="00000000" w:rsidR="00000000" w:rsidRPr="00000000">
              <w:rPr>
                <w:b w:val="1"/>
                <w:bCs w:val="1"/>
                <w:color w:val="07132a"/>
                <w:rtl w:val="0"/>
              </w:rPr>
              <w:t xml:space="preserve">Estimated number of students</w:t>
            </w:r>
            <w:r w:rsidDel="00000000" w:rsidR="00000000" w:rsidRPr="00000000">
              <w:rPr>
                <w:rtl w:val="0"/>
              </w:rPr>
            </w:r>
          </w:p>
        </w:tc>
        <w:tc>
          <w:tcPr>
            <w:vAlign w:val="center"/>
          </w:tcPr>
          <w:p w:rsidR="00000000" w:rsidDel="00000000" w:rsidP="00000000" w:rsidRDefault="00000000" w:rsidRPr="00000000" w14:paraId="00000028">
            <w:pPr>
              <w:spacing w:after="0" w:before="0" w:line="240" w:lineRule="auto"/>
              <w:rPr/>
            </w:pPr>
            <w:r w:rsidDel="00000000" w:rsidR="00000000" w:rsidRPr="00000000">
              <w:rPr>
                <w:i w:val="1"/>
                <w:iCs w:val="1"/>
                <w:rtl w:val="0"/>
              </w:rPr>
              <w:t xml:space="preserve">[Insert number]</w:t>
            </w:r>
            <w:r w:rsidDel="00000000" w:rsidR="00000000" w:rsidRPr="00000000">
              <w:rPr>
                <w:rtl w:val="0"/>
              </w:rPr>
            </w:r>
          </w:p>
        </w:tc>
      </w:tr>
    </w:tbl>
    <w:p w:rsidR="00000000" w:rsidDel="00000000" w:rsidP="00000000" w:rsidRDefault="00000000" w:rsidRPr="00000000" w14:paraId="00000029">
      <w:pPr>
        <w:spacing w:after="120" w:before="0" w:lineRule="auto"/>
        <w:rPr/>
      </w:pPr>
      <w:r w:rsidDel="00000000" w:rsidR="00000000" w:rsidRPr="00000000">
        <w:rPr>
          <w:rtl w:val="0"/>
        </w:rPr>
      </w:r>
    </w:p>
    <w:tbl>
      <w:tblPr>
        <w:tblStyle w:val="Table5"/>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blHeader w:val="0"/>
        </w:trPr>
        <w:tc>
          <w:tcPr>
            <w:shd w:fill="07132a" w:val="clear"/>
            <w:vAlign w:val="center"/>
          </w:tcPr>
          <w:p w:rsidR="00000000" w:rsidDel="00000000" w:rsidP="00000000" w:rsidRDefault="00000000" w:rsidRPr="00000000" w14:paraId="0000002A">
            <w:pPr>
              <w:spacing w:after="0" w:before="0" w:line="240" w:lineRule="auto"/>
              <w:rPr/>
            </w:pPr>
            <w:r w:rsidDel="00000000" w:rsidR="00000000" w:rsidRPr="00000000">
              <w:rPr>
                <w:rFonts w:ascii="Cinzel" w:cs="Cinzel" w:eastAsia="Cinzel" w:hAnsi="Cinzel"/>
                <w:b w:val="1"/>
                <w:bCs w:val="1"/>
                <w:color w:val="e2c46f"/>
                <w:sz w:val="20"/>
                <w:szCs w:val="20"/>
                <w:rtl w:val="0"/>
              </w:rPr>
              <w:t xml:space="preserve">2. GENERAL NOTES FOR DELEGATIONS</w:t>
            </w:r>
            <w:r w:rsidDel="00000000" w:rsidR="00000000" w:rsidRPr="00000000">
              <w:rPr>
                <w:rtl w:val="0"/>
              </w:rPr>
            </w:r>
          </w:p>
        </w:tc>
      </w:tr>
    </w:tbl>
    <w:p w:rsidR="00000000" w:rsidDel="00000000" w:rsidP="00000000" w:rsidRDefault="00000000" w:rsidRPr="00000000" w14:paraId="0000002B">
      <w:pPr>
        <w:spacing w:after="20" w:before="0" w:lineRule="auto"/>
        <w:ind w:left="216" w:firstLine="0"/>
        <w:rPr/>
      </w:pPr>
      <w:r w:rsidDel="00000000" w:rsidR="00000000" w:rsidRPr="00000000">
        <w:rPr>
          <w:color w:val="c9a24a"/>
          <w:rtl w:val="0"/>
        </w:rPr>
        <w:t xml:space="preserve">• </w:t>
      </w:r>
      <w:r w:rsidDel="00000000" w:rsidR="00000000" w:rsidRPr="00000000">
        <w:rPr>
          <w:sz w:val="17"/>
          <w:szCs w:val="17"/>
          <w:rtl w:val="0"/>
        </w:rPr>
        <w:t xml:space="preserve">Please type or complete all names carefully. The spelling entered on this form may be used for nametags, certificates, schedules, and official records.</w:t>
      </w:r>
      <w:r w:rsidDel="00000000" w:rsidR="00000000" w:rsidRPr="00000000">
        <w:rPr>
          <w:rtl w:val="0"/>
        </w:rPr>
      </w:r>
    </w:p>
    <w:p w:rsidR="00000000" w:rsidDel="00000000" w:rsidP="00000000" w:rsidRDefault="00000000" w:rsidRPr="00000000" w14:paraId="0000002C">
      <w:pPr>
        <w:spacing w:after="20" w:before="0" w:lineRule="auto"/>
        <w:ind w:left="216" w:firstLine="0"/>
        <w:rPr/>
      </w:pPr>
      <w:r w:rsidDel="00000000" w:rsidR="00000000" w:rsidRPr="00000000">
        <w:rPr>
          <w:color w:val="c9a24a"/>
          <w:rtl w:val="0"/>
        </w:rPr>
        <w:t xml:space="preserve">• </w:t>
      </w:r>
      <w:r w:rsidDel="00000000" w:rsidR="00000000" w:rsidRPr="00000000">
        <w:rPr>
          <w:sz w:val="17"/>
          <w:szCs w:val="17"/>
          <w:rtl w:val="0"/>
        </w:rPr>
        <w:t xml:space="preserve">Use the official division names for the current season and round. If your round has multiple age bands, ensure each team is entered in the correct division.</w:t>
      </w:r>
      <w:r w:rsidDel="00000000" w:rsidR="00000000" w:rsidRPr="00000000">
        <w:rPr>
          <w:rtl w:val="0"/>
        </w:rPr>
      </w:r>
    </w:p>
    <w:p w:rsidR="00000000" w:rsidDel="00000000" w:rsidP="00000000" w:rsidRDefault="00000000" w:rsidRPr="00000000" w14:paraId="0000002D">
      <w:pPr>
        <w:spacing w:after="20" w:before="0" w:lineRule="auto"/>
        <w:ind w:left="216" w:firstLine="0"/>
        <w:rPr/>
      </w:pPr>
      <w:r w:rsidDel="00000000" w:rsidR="00000000" w:rsidRPr="00000000">
        <w:rPr>
          <w:color w:val="c9a24a"/>
          <w:rtl w:val="0"/>
        </w:rPr>
        <w:t xml:space="preserve">• </w:t>
      </w:r>
      <w:r w:rsidDel="00000000" w:rsidR="00000000" w:rsidRPr="00000000">
        <w:rPr>
          <w:sz w:val="17"/>
          <w:szCs w:val="17"/>
          <w:rtl w:val="0"/>
        </w:rPr>
        <w:t xml:space="preserve">If a student attends a different school from the main delegation, record that in the roster section.</w:t>
      </w:r>
      <w:r w:rsidDel="00000000" w:rsidR="00000000" w:rsidRPr="00000000">
        <w:rPr>
          <w:rtl w:val="0"/>
        </w:rPr>
      </w:r>
    </w:p>
    <w:p w:rsidR="00000000" w:rsidDel="00000000" w:rsidP="00000000" w:rsidRDefault="00000000" w:rsidRPr="00000000" w14:paraId="0000002E">
      <w:pPr>
        <w:spacing w:after="20" w:before="0" w:lineRule="auto"/>
        <w:ind w:left="216" w:firstLine="0"/>
        <w:rPr/>
      </w:pPr>
      <w:r w:rsidDel="00000000" w:rsidR="00000000" w:rsidRPr="00000000">
        <w:rPr>
          <w:color w:val="c9a24a"/>
          <w:rtl w:val="0"/>
        </w:rPr>
        <w:t xml:space="preserve">• </w:t>
      </w:r>
      <w:r w:rsidDel="00000000" w:rsidR="00000000" w:rsidRPr="00000000">
        <w:rPr>
          <w:sz w:val="17"/>
          <w:szCs w:val="17"/>
          <w:rtl w:val="0"/>
        </w:rPr>
        <w:t xml:space="preserve">Round-specific policies on substitutions, cancellations, fees, and deadlines should be added before this template is issued to schools.</w:t>
      </w:r>
      <w:r w:rsidDel="00000000" w:rsidR="00000000" w:rsidRPr="00000000">
        <w:rPr>
          <w:rtl w:val="0"/>
        </w:rPr>
      </w:r>
    </w:p>
    <w:p w:rsidR="00000000" w:rsidDel="00000000" w:rsidP="00000000" w:rsidRDefault="00000000" w:rsidRPr="00000000" w14:paraId="0000002F">
      <w:pPr>
        <w:spacing w:after="20" w:before="0" w:lineRule="auto"/>
        <w:ind w:left="216" w:firstLine="0"/>
        <w:rPr/>
      </w:pPr>
      <w:r w:rsidDel="00000000" w:rsidR="00000000" w:rsidRPr="00000000">
        <w:rPr>
          <w:color w:val="c9a24a"/>
          <w:rtl w:val="0"/>
        </w:rPr>
        <w:t xml:space="preserve">• </w:t>
      </w:r>
      <w:r w:rsidDel="00000000" w:rsidR="00000000" w:rsidRPr="00000000">
        <w:rPr>
          <w:sz w:val="17"/>
          <w:szCs w:val="17"/>
          <w:rtl w:val="0"/>
        </w:rPr>
        <w:t xml:space="preserve">If the host round includes event-specific staffing requirements, confirm those expectations in the final round information pack.</w:t>
      </w:r>
      <w:r w:rsidDel="00000000" w:rsidR="00000000" w:rsidRPr="00000000">
        <w:rPr>
          <w:rtl w:val="0"/>
        </w:rPr>
      </w:r>
    </w:p>
    <w:p w:rsidR="00000000" w:rsidDel="00000000" w:rsidP="00000000" w:rsidRDefault="00000000" w:rsidRPr="00000000" w14:paraId="00000030">
      <w:pPr>
        <w:spacing w:after="120" w:before="0" w:lineRule="auto"/>
        <w:rPr/>
      </w:pPr>
      <w:r w:rsidDel="00000000" w:rsidR="00000000" w:rsidRPr="00000000">
        <w:rPr>
          <w:rtl w:val="0"/>
        </w:rPr>
      </w:r>
    </w:p>
    <w:tbl>
      <w:tblPr>
        <w:tblStyle w:val="Table6"/>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blHeader w:val="0"/>
        </w:trPr>
        <w:tc>
          <w:tcPr>
            <w:shd w:fill="07132a" w:val="clear"/>
            <w:vAlign w:val="center"/>
          </w:tcPr>
          <w:p w:rsidR="00000000" w:rsidDel="00000000" w:rsidP="00000000" w:rsidRDefault="00000000" w:rsidRPr="00000000" w14:paraId="00000031">
            <w:pPr>
              <w:spacing w:after="0" w:before="0" w:line="240" w:lineRule="auto"/>
              <w:rPr/>
            </w:pPr>
            <w:r w:rsidDel="00000000" w:rsidR="00000000" w:rsidRPr="00000000">
              <w:rPr>
                <w:rFonts w:ascii="Cinzel" w:cs="Cinzel" w:eastAsia="Cinzel" w:hAnsi="Cinzel"/>
                <w:b w:val="1"/>
                <w:bCs w:val="1"/>
                <w:color w:val="e2c46f"/>
                <w:sz w:val="20"/>
                <w:szCs w:val="20"/>
                <w:rtl w:val="0"/>
              </w:rPr>
              <w:t xml:space="preserve">3. DELEGATION COORDINATOR</w:t>
            </w:r>
            <w:r w:rsidDel="00000000" w:rsidR="00000000" w:rsidRPr="00000000">
              <w:rPr>
                <w:rtl w:val="0"/>
              </w:rPr>
            </w:r>
          </w:p>
        </w:tc>
      </w:tr>
    </w:tbl>
    <w:p w:rsidR="00000000" w:rsidDel="00000000" w:rsidP="00000000" w:rsidRDefault="00000000" w:rsidRPr="00000000" w14:paraId="00000032">
      <w:pPr>
        <w:spacing w:after="80" w:before="40" w:lineRule="auto"/>
        <w:rPr/>
      </w:pPr>
      <w:r w:rsidDel="00000000" w:rsidR="00000000" w:rsidRPr="00000000">
        <w:rPr>
          <w:i w:val="1"/>
          <w:iCs w:val="1"/>
          <w:sz w:val="17"/>
          <w:szCs w:val="17"/>
          <w:rtl w:val="0"/>
        </w:rPr>
        <w:t xml:space="preserve">Please provide at least one lead coordinator. A second contact is strongly recommended for event-day communication.</w:t>
      </w:r>
      <w:r w:rsidDel="00000000" w:rsidR="00000000" w:rsidRPr="00000000">
        <w:rPr>
          <w:rtl w:val="0"/>
        </w:rPr>
      </w:r>
    </w:p>
    <w:tbl>
      <w:tblPr>
        <w:tblStyle w:val="Table7"/>
        <w:tblW w:w="1454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09"/>
        <w:gridCol w:w="2909"/>
        <w:gridCol w:w="2909"/>
        <w:gridCol w:w="2909"/>
        <w:gridCol w:w="2909"/>
        <w:tblGridChange w:id="0">
          <w:tblGrid>
            <w:gridCol w:w="2909"/>
            <w:gridCol w:w="2909"/>
            <w:gridCol w:w="2909"/>
            <w:gridCol w:w="2909"/>
            <w:gridCol w:w="2909"/>
          </w:tblGrid>
        </w:tblGridChange>
      </w:tblGrid>
      <w:tr>
        <w:trPr>
          <w:cantSplit w:val="0"/>
          <w:tblHeader w:val="0"/>
        </w:trPr>
        <w:tc>
          <w:tcPr>
            <w:shd w:fill="f6f1e6" w:val="clear"/>
            <w:vAlign w:val="center"/>
          </w:tcPr>
          <w:p w:rsidR="00000000" w:rsidDel="00000000" w:rsidP="00000000" w:rsidRDefault="00000000" w:rsidRPr="00000000" w14:paraId="00000033">
            <w:pPr>
              <w:spacing w:after="0" w:before="0" w:line="240" w:lineRule="auto"/>
              <w:rPr/>
            </w:pPr>
            <w:r w:rsidDel="00000000" w:rsidR="00000000" w:rsidRPr="00000000">
              <w:rPr>
                <w:b w:val="1"/>
                <w:bCs w:val="1"/>
                <w:color w:val="07132a"/>
                <w:rtl w:val="0"/>
              </w:rPr>
              <w:t xml:space="preserve">First name</w:t>
            </w:r>
            <w:r w:rsidDel="00000000" w:rsidR="00000000" w:rsidRPr="00000000">
              <w:rPr>
                <w:rtl w:val="0"/>
              </w:rPr>
            </w:r>
          </w:p>
        </w:tc>
        <w:tc>
          <w:tcPr>
            <w:shd w:fill="f6f1e6" w:val="clear"/>
            <w:vAlign w:val="center"/>
          </w:tcPr>
          <w:p w:rsidR="00000000" w:rsidDel="00000000" w:rsidP="00000000" w:rsidRDefault="00000000" w:rsidRPr="00000000" w14:paraId="00000034">
            <w:pPr>
              <w:spacing w:after="0" w:before="0" w:line="240" w:lineRule="auto"/>
              <w:rPr/>
            </w:pPr>
            <w:r w:rsidDel="00000000" w:rsidR="00000000" w:rsidRPr="00000000">
              <w:rPr>
                <w:b w:val="1"/>
                <w:bCs w:val="1"/>
                <w:color w:val="07132a"/>
                <w:rtl w:val="0"/>
              </w:rPr>
              <w:t xml:space="preserve">Last name</w:t>
            </w:r>
            <w:r w:rsidDel="00000000" w:rsidR="00000000" w:rsidRPr="00000000">
              <w:rPr>
                <w:rtl w:val="0"/>
              </w:rPr>
            </w:r>
          </w:p>
        </w:tc>
        <w:tc>
          <w:tcPr>
            <w:shd w:fill="f6f1e6" w:val="clear"/>
            <w:vAlign w:val="center"/>
          </w:tcPr>
          <w:p w:rsidR="00000000" w:rsidDel="00000000" w:rsidP="00000000" w:rsidRDefault="00000000" w:rsidRPr="00000000" w14:paraId="00000035">
            <w:pPr>
              <w:spacing w:after="0" w:before="0" w:line="240" w:lineRule="auto"/>
              <w:rPr/>
            </w:pPr>
            <w:r w:rsidDel="00000000" w:rsidR="00000000" w:rsidRPr="00000000">
              <w:rPr>
                <w:b w:val="1"/>
                <w:bCs w:val="1"/>
                <w:color w:val="07132a"/>
                <w:rtl w:val="0"/>
              </w:rPr>
              <w:t xml:space="preserve">Email address</w:t>
            </w:r>
            <w:r w:rsidDel="00000000" w:rsidR="00000000" w:rsidRPr="00000000">
              <w:rPr>
                <w:rtl w:val="0"/>
              </w:rPr>
            </w:r>
          </w:p>
        </w:tc>
        <w:tc>
          <w:tcPr>
            <w:shd w:fill="f6f1e6" w:val="clear"/>
            <w:vAlign w:val="center"/>
          </w:tcPr>
          <w:p w:rsidR="00000000" w:rsidDel="00000000" w:rsidP="00000000" w:rsidRDefault="00000000" w:rsidRPr="00000000" w14:paraId="00000036">
            <w:pPr>
              <w:spacing w:after="0" w:before="0" w:line="240" w:lineRule="auto"/>
              <w:rPr>
                <w:b w:val="1"/>
                <w:bCs w:val="1"/>
                <w:color w:val="07132a"/>
              </w:rPr>
            </w:pPr>
            <w:r w:rsidDel="00000000" w:rsidR="00000000" w:rsidRPr="00000000">
              <w:rPr>
                <w:b w:val="1"/>
                <w:bCs w:val="1"/>
                <w:color w:val="07132a"/>
                <w:rtl w:val="0"/>
              </w:rPr>
              <w:t xml:space="preserve">Mobile number (WhatsApp)</w:t>
            </w:r>
          </w:p>
        </w:tc>
        <w:tc>
          <w:tcPr>
            <w:shd w:fill="f6f1e6" w:val="clear"/>
            <w:vAlign w:val="center"/>
          </w:tcPr>
          <w:p w:rsidR="00000000" w:rsidDel="00000000" w:rsidP="00000000" w:rsidRDefault="00000000" w:rsidRPr="00000000" w14:paraId="00000037">
            <w:pPr>
              <w:spacing w:after="0" w:before="0" w:line="240" w:lineRule="auto"/>
              <w:rPr/>
            </w:pPr>
            <w:r w:rsidDel="00000000" w:rsidR="00000000" w:rsidRPr="00000000">
              <w:rPr>
                <w:b w:val="1"/>
                <w:bCs w:val="1"/>
                <w:color w:val="07132a"/>
                <w:rtl w:val="0"/>
              </w:rPr>
              <w:t xml:space="preserve">Role / notes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38">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39">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3A">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3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3C">
            <w:pPr>
              <w:spacing w:after="0" w:before="0" w:line="240" w:lineRule="auto"/>
              <w:rPr/>
            </w:pPr>
            <w:r w:rsidDel="00000000" w:rsidR="00000000" w:rsidRPr="00000000">
              <w:rPr>
                <w:i w:val="1"/>
                <w:iCs w:val="1"/>
                <w:rtl w:val="0"/>
              </w:rPr>
              <w:t xml:space="preserve">[Optional]</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3D">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3E">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3F">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40">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41">
            <w:pPr>
              <w:spacing w:after="0" w:before="0" w:line="240" w:lineRule="auto"/>
              <w:rPr/>
            </w:pPr>
            <w:r w:rsidDel="00000000" w:rsidR="00000000" w:rsidRPr="00000000">
              <w:rPr>
                <w:i w:val="1"/>
                <w:iCs w:val="1"/>
                <w:rtl w:val="0"/>
              </w:rPr>
              <w:t xml:space="preserve">[Optional]</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42">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4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4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45">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46">
            <w:pPr>
              <w:spacing w:after="0" w:before="0" w:line="240" w:lineRule="auto"/>
              <w:rPr/>
            </w:pPr>
            <w:r w:rsidDel="00000000" w:rsidR="00000000" w:rsidRPr="00000000">
              <w:rPr>
                <w:i w:val="1"/>
                <w:iCs w:val="1"/>
                <w:rtl w:val="0"/>
              </w:rPr>
              <w:t xml:space="preserve">[Optional]</w:t>
            </w:r>
            <w:r w:rsidDel="00000000" w:rsidR="00000000" w:rsidRPr="00000000">
              <w:rPr>
                <w:rtl w:val="0"/>
              </w:rPr>
            </w:r>
          </w:p>
        </w:tc>
      </w:tr>
    </w:tbl>
    <w:p w:rsidR="00000000" w:rsidDel="00000000" w:rsidP="00000000" w:rsidRDefault="00000000" w:rsidRPr="00000000" w14:paraId="00000047">
      <w:pPr>
        <w:rPr/>
      </w:pPr>
      <w:r w:rsidDel="00000000" w:rsidR="00000000" w:rsidRPr="00000000">
        <w:br w:type="page"/>
      </w:r>
      <w:r w:rsidDel="00000000" w:rsidR="00000000" w:rsidRPr="00000000">
        <w:rPr>
          <w:rtl w:val="0"/>
        </w:rPr>
      </w:r>
    </w:p>
    <w:tbl>
      <w:tblPr>
        <w:tblStyle w:val="Table8"/>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blHeader w:val="0"/>
        </w:trPr>
        <w:tc>
          <w:tcPr>
            <w:shd w:fill="07132a" w:val="clear"/>
            <w:vAlign w:val="center"/>
          </w:tcPr>
          <w:p w:rsidR="00000000" w:rsidDel="00000000" w:rsidP="00000000" w:rsidRDefault="00000000" w:rsidRPr="00000000" w14:paraId="00000048">
            <w:pPr>
              <w:spacing w:after="0" w:before="0" w:line="240" w:lineRule="auto"/>
              <w:rPr/>
            </w:pPr>
            <w:r w:rsidDel="00000000" w:rsidR="00000000" w:rsidRPr="00000000">
              <w:rPr>
                <w:rFonts w:ascii="Cinzel" w:cs="Cinzel" w:eastAsia="Cinzel" w:hAnsi="Cinzel"/>
                <w:b w:val="1"/>
                <w:bCs w:val="1"/>
                <w:color w:val="e2c46f"/>
                <w:sz w:val="20"/>
                <w:szCs w:val="20"/>
                <w:rtl w:val="0"/>
              </w:rPr>
              <w:t xml:space="preserve">4. TEAM ROSTER</w:t>
            </w:r>
            <w:r w:rsidDel="00000000" w:rsidR="00000000" w:rsidRPr="00000000">
              <w:rPr>
                <w:rtl w:val="0"/>
              </w:rPr>
            </w:r>
          </w:p>
        </w:tc>
      </w:tr>
    </w:tbl>
    <w:p w:rsidR="00000000" w:rsidDel="00000000" w:rsidP="00000000" w:rsidRDefault="00000000" w:rsidRPr="00000000" w14:paraId="00000049">
      <w:pPr>
        <w:spacing w:after="80" w:before="40" w:lineRule="auto"/>
        <w:rPr/>
      </w:pPr>
      <w:r w:rsidDel="00000000" w:rsidR="00000000" w:rsidRPr="00000000">
        <w:rPr>
          <w:i w:val="1"/>
          <w:iCs w:val="1"/>
          <w:sz w:val="17"/>
          <w:szCs w:val="17"/>
          <w:rtl w:val="0"/>
        </w:rPr>
        <w:t xml:space="preserve">Each Quadathlon Cup team normally consists of up to three students. Add or duplicate additional roster pages if your delegation exceeds the space below.</w:t>
      </w:r>
      <w:r w:rsidDel="00000000" w:rsidR="00000000" w:rsidRPr="00000000">
        <w:rPr>
          <w:rtl w:val="0"/>
        </w:rPr>
      </w:r>
    </w:p>
    <w:tbl>
      <w:tblPr>
        <w:tblStyle w:val="Table9"/>
        <w:tblW w:w="14540.000000000002"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
        <w:gridCol w:w="1454"/>
        <w:gridCol w:w="1454"/>
        <w:gridCol w:w="1454"/>
        <w:gridCol w:w="1454"/>
        <w:gridCol w:w="1454"/>
        <w:gridCol w:w="1454"/>
        <w:gridCol w:w="1454"/>
        <w:gridCol w:w="1454"/>
        <w:gridCol w:w="1454"/>
        <w:tblGridChange w:id="0">
          <w:tblGrid>
            <w:gridCol w:w="1454"/>
            <w:gridCol w:w="1454"/>
            <w:gridCol w:w="1454"/>
            <w:gridCol w:w="1454"/>
            <w:gridCol w:w="1454"/>
            <w:gridCol w:w="1454"/>
            <w:gridCol w:w="1454"/>
            <w:gridCol w:w="1454"/>
            <w:gridCol w:w="1454"/>
            <w:gridCol w:w="1454"/>
          </w:tblGrid>
        </w:tblGridChange>
      </w:tblGrid>
      <w:tr>
        <w:trPr>
          <w:cantSplit w:val="0"/>
          <w:tblHeader w:val="0"/>
        </w:trPr>
        <w:tc>
          <w:tcPr>
            <w:shd w:fill="f6f1e6" w:val="clear"/>
            <w:vAlign w:val="center"/>
          </w:tcPr>
          <w:p w:rsidR="00000000" w:rsidDel="00000000" w:rsidP="00000000" w:rsidRDefault="00000000" w:rsidRPr="00000000" w14:paraId="0000004A">
            <w:pPr>
              <w:spacing w:after="0" w:before="0" w:line="240" w:lineRule="auto"/>
              <w:jc w:val="center"/>
              <w:rPr/>
            </w:pPr>
            <w:r w:rsidDel="00000000" w:rsidR="00000000" w:rsidRPr="00000000">
              <w:rPr>
                <w:b w:val="1"/>
                <w:bCs w:val="1"/>
                <w:color w:val="07132a"/>
                <w:sz w:val="15"/>
                <w:szCs w:val="15"/>
                <w:rtl w:val="0"/>
              </w:rPr>
              <w:t xml:space="preserve">Team</w:t>
            </w:r>
            <w:r w:rsidDel="00000000" w:rsidR="00000000" w:rsidRPr="00000000">
              <w:rPr>
                <w:rtl w:val="0"/>
              </w:rPr>
            </w:r>
          </w:p>
        </w:tc>
        <w:tc>
          <w:tcPr>
            <w:shd w:fill="f6f1e6" w:val="clear"/>
            <w:vAlign w:val="center"/>
          </w:tcPr>
          <w:p w:rsidR="00000000" w:rsidDel="00000000" w:rsidP="00000000" w:rsidRDefault="00000000" w:rsidRPr="00000000" w14:paraId="0000004B">
            <w:pPr>
              <w:spacing w:after="0" w:before="0" w:line="240" w:lineRule="auto"/>
              <w:jc w:val="center"/>
              <w:rPr/>
            </w:pPr>
            <w:r w:rsidDel="00000000" w:rsidR="00000000" w:rsidRPr="00000000">
              <w:rPr>
                <w:b w:val="1"/>
                <w:bCs w:val="1"/>
                <w:color w:val="07132a"/>
                <w:sz w:val="15"/>
                <w:szCs w:val="15"/>
                <w:rtl w:val="0"/>
              </w:rPr>
              <w:t xml:space="preserve">Div.</w:t>
            </w:r>
            <w:r w:rsidDel="00000000" w:rsidR="00000000" w:rsidRPr="00000000">
              <w:rPr>
                <w:rtl w:val="0"/>
              </w:rPr>
            </w:r>
          </w:p>
        </w:tc>
        <w:tc>
          <w:tcPr>
            <w:shd w:fill="f6f1e6" w:val="clear"/>
            <w:vAlign w:val="center"/>
          </w:tcPr>
          <w:p w:rsidR="00000000" w:rsidDel="00000000" w:rsidP="00000000" w:rsidRDefault="00000000" w:rsidRPr="00000000" w14:paraId="0000004C">
            <w:pPr>
              <w:spacing w:after="0" w:before="0" w:line="240" w:lineRule="auto"/>
              <w:jc w:val="center"/>
              <w:rPr/>
            </w:pPr>
            <w:r w:rsidDel="00000000" w:rsidR="00000000" w:rsidRPr="00000000">
              <w:rPr>
                <w:b w:val="1"/>
                <w:bCs w:val="1"/>
                <w:color w:val="07132a"/>
                <w:sz w:val="15"/>
                <w:szCs w:val="15"/>
                <w:rtl w:val="0"/>
              </w:rPr>
              <w:t xml:space="preserve">First name</w:t>
            </w:r>
            <w:r w:rsidDel="00000000" w:rsidR="00000000" w:rsidRPr="00000000">
              <w:rPr>
                <w:rtl w:val="0"/>
              </w:rPr>
            </w:r>
          </w:p>
        </w:tc>
        <w:tc>
          <w:tcPr>
            <w:shd w:fill="f6f1e6" w:val="clear"/>
            <w:vAlign w:val="center"/>
          </w:tcPr>
          <w:p w:rsidR="00000000" w:rsidDel="00000000" w:rsidP="00000000" w:rsidRDefault="00000000" w:rsidRPr="00000000" w14:paraId="0000004D">
            <w:pPr>
              <w:spacing w:after="0" w:before="0" w:line="240" w:lineRule="auto"/>
              <w:jc w:val="center"/>
              <w:rPr/>
            </w:pPr>
            <w:r w:rsidDel="00000000" w:rsidR="00000000" w:rsidRPr="00000000">
              <w:rPr>
                <w:b w:val="1"/>
                <w:bCs w:val="1"/>
                <w:color w:val="07132a"/>
                <w:sz w:val="15"/>
                <w:szCs w:val="15"/>
                <w:rtl w:val="0"/>
              </w:rPr>
              <w:t xml:space="preserve">Last name</w:t>
            </w:r>
            <w:r w:rsidDel="00000000" w:rsidR="00000000" w:rsidRPr="00000000">
              <w:rPr>
                <w:rtl w:val="0"/>
              </w:rPr>
            </w:r>
          </w:p>
        </w:tc>
        <w:tc>
          <w:tcPr>
            <w:shd w:fill="f6f1e6" w:val="clear"/>
            <w:vAlign w:val="center"/>
          </w:tcPr>
          <w:p w:rsidR="00000000" w:rsidDel="00000000" w:rsidP="00000000" w:rsidRDefault="00000000" w:rsidRPr="00000000" w14:paraId="0000004E">
            <w:pPr>
              <w:spacing w:after="0" w:before="0" w:line="240" w:lineRule="auto"/>
              <w:jc w:val="center"/>
              <w:rPr/>
            </w:pPr>
            <w:r w:rsidDel="00000000" w:rsidR="00000000" w:rsidRPr="00000000">
              <w:rPr>
                <w:b w:val="1"/>
                <w:bCs w:val="1"/>
                <w:color w:val="07132a"/>
                <w:sz w:val="15"/>
                <w:szCs w:val="15"/>
                <w:rtl w:val="0"/>
              </w:rPr>
              <w:t xml:space="preserve">Date of birth</w:t>
            </w:r>
            <w:r w:rsidDel="00000000" w:rsidR="00000000" w:rsidRPr="00000000">
              <w:rPr>
                <w:rtl w:val="0"/>
              </w:rPr>
            </w:r>
          </w:p>
        </w:tc>
        <w:tc>
          <w:tcPr>
            <w:shd w:fill="f6f1e6" w:val="clear"/>
            <w:vAlign w:val="center"/>
          </w:tcPr>
          <w:p w:rsidR="00000000" w:rsidDel="00000000" w:rsidP="00000000" w:rsidRDefault="00000000" w:rsidRPr="00000000" w14:paraId="0000004F">
            <w:pPr>
              <w:spacing w:after="0" w:before="0" w:line="240" w:lineRule="auto"/>
              <w:jc w:val="center"/>
              <w:rPr/>
            </w:pPr>
            <w:r w:rsidDel="00000000" w:rsidR="00000000" w:rsidRPr="00000000">
              <w:rPr>
                <w:b w:val="1"/>
                <w:bCs w:val="1"/>
                <w:color w:val="07132a"/>
                <w:sz w:val="15"/>
                <w:szCs w:val="15"/>
                <w:rtl w:val="0"/>
              </w:rPr>
              <w:t xml:space="preserve">Gender</w:t>
            </w:r>
            <w:r w:rsidDel="00000000" w:rsidR="00000000" w:rsidRPr="00000000">
              <w:rPr>
                <w:rtl w:val="0"/>
              </w:rPr>
            </w:r>
          </w:p>
        </w:tc>
        <w:tc>
          <w:tcPr>
            <w:shd w:fill="f6f1e6" w:val="clear"/>
            <w:vAlign w:val="center"/>
          </w:tcPr>
          <w:p w:rsidR="00000000" w:rsidDel="00000000" w:rsidP="00000000" w:rsidRDefault="00000000" w:rsidRPr="00000000" w14:paraId="00000050">
            <w:pPr>
              <w:spacing w:after="0" w:before="0" w:line="240" w:lineRule="auto"/>
              <w:jc w:val="center"/>
              <w:rPr/>
            </w:pPr>
            <w:r w:rsidDel="00000000" w:rsidR="00000000" w:rsidRPr="00000000">
              <w:rPr>
                <w:b w:val="1"/>
                <w:bCs w:val="1"/>
                <w:color w:val="07132a"/>
                <w:sz w:val="15"/>
                <w:szCs w:val="15"/>
                <w:rtl w:val="0"/>
              </w:rPr>
              <w:t xml:space="preserve">Year</w:t>
            </w:r>
            <w:r w:rsidDel="00000000" w:rsidR="00000000" w:rsidRPr="00000000">
              <w:rPr>
                <w:rtl w:val="0"/>
              </w:rPr>
            </w:r>
          </w:p>
        </w:tc>
        <w:tc>
          <w:tcPr>
            <w:shd w:fill="f6f1e6" w:val="clear"/>
            <w:vAlign w:val="center"/>
          </w:tcPr>
          <w:p w:rsidR="00000000" w:rsidDel="00000000" w:rsidP="00000000" w:rsidRDefault="00000000" w:rsidRPr="00000000" w14:paraId="00000051">
            <w:pPr>
              <w:spacing w:after="0" w:before="0" w:line="240" w:lineRule="auto"/>
              <w:jc w:val="center"/>
              <w:rPr/>
            </w:pPr>
            <w:r w:rsidDel="00000000" w:rsidR="00000000" w:rsidRPr="00000000">
              <w:rPr>
                <w:b w:val="1"/>
                <w:bCs w:val="1"/>
                <w:color w:val="07132a"/>
                <w:sz w:val="15"/>
                <w:szCs w:val="15"/>
                <w:rtl w:val="0"/>
              </w:rPr>
              <w:t xml:space="preserve">Email address</w:t>
            </w:r>
            <w:r w:rsidDel="00000000" w:rsidR="00000000" w:rsidRPr="00000000">
              <w:rPr>
                <w:rtl w:val="0"/>
              </w:rPr>
            </w:r>
          </w:p>
        </w:tc>
        <w:tc>
          <w:tcPr>
            <w:shd w:fill="f6f1e6" w:val="clear"/>
            <w:vAlign w:val="center"/>
          </w:tcPr>
          <w:p w:rsidR="00000000" w:rsidDel="00000000" w:rsidP="00000000" w:rsidRDefault="00000000" w:rsidRPr="00000000" w14:paraId="00000052">
            <w:pPr>
              <w:spacing w:after="0" w:before="0" w:line="240" w:lineRule="auto"/>
              <w:jc w:val="center"/>
              <w:rPr/>
            </w:pPr>
            <w:r w:rsidDel="00000000" w:rsidR="00000000" w:rsidRPr="00000000">
              <w:rPr>
                <w:b w:val="1"/>
                <w:bCs w:val="1"/>
                <w:color w:val="07132a"/>
                <w:sz w:val="15"/>
                <w:szCs w:val="15"/>
                <w:rtl w:val="0"/>
              </w:rPr>
              <w:t xml:space="preserve">School (if different)</w:t>
            </w:r>
            <w:r w:rsidDel="00000000" w:rsidR="00000000" w:rsidRPr="00000000">
              <w:rPr>
                <w:rtl w:val="0"/>
              </w:rPr>
            </w:r>
          </w:p>
        </w:tc>
        <w:tc>
          <w:tcPr>
            <w:shd w:fill="f6f1e6" w:val="clear"/>
            <w:vAlign w:val="center"/>
          </w:tcPr>
          <w:p w:rsidR="00000000" w:rsidDel="00000000" w:rsidP="00000000" w:rsidRDefault="00000000" w:rsidRPr="00000000" w14:paraId="00000053">
            <w:pPr>
              <w:spacing w:after="0" w:before="0" w:line="240" w:lineRule="auto"/>
              <w:jc w:val="center"/>
              <w:rPr/>
            </w:pPr>
            <w:r w:rsidDel="00000000" w:rsidR="00000000" w:rsidRPr="00000000">
              <w:rPr>
                <w:b w:val="1"/>
                <w:bCs w:val="1"/>
                <w:color w:val="07132a"/>
                <w:sz w:val="15"/>
                <w:szCs w:val="15"/>
                <w:rtl w:val="0"/>
              </w:rPr>
              <w:t xml:space="preserve">Dietary / medical / notes</w:t>
            </w:r>
            <w:r w:rsidDel="00000000" w:rsidR="00000000" w:rsidRPr="00000000">
              <w:rPr>
                <w:rtl w:val="0"/>
              </w:rPr>
            </w:r>
          </w:p>
        </w:tc>
      </w:tr>
      <w:tr>
        <w:trPr>
          <w:cantSplit w:val="0"/>
          <w:tblHeader w:val="0"/>
        </w:trPr>
        <w:tc>
          <w:tcPr>
            <w:vMerge w:val="restart"/>
            <w:shd w:fill="f8f5ed" w:val="clear"/>
            <w:vAlign w:val="center"/>
          </w:tcPr>
          <w:p w:rsidR="00000000" w:rsidDel="00000000" w:rsidP="00000000" w:rsidRDefault="00000000" w:rsidRPr="00000000" w14:paraId="00000054">
            <w:pPr>
              <w:spacing w:after="0" w:before="0" w:line="240" w:lineRule="auto"/>
              <w:jc w:val="center"/>
              <w:rPr/>
            </w:pPr>
            <w:r w:rsidDel="00000000" w:rsidR="00000000" w:rsidRPr="00000000">
              <w:rPr>
                <w:b w:val="1"/>
                <w:bCs w:val="1"/>
                <w:color w:val="07132a"/>
                <w:rtl w:val="0"/>
              </w:rPr>
              <w:t xml:space="preserve">Team 1</w:t>
            </w:r>
            <w:r w:rsidDel="00000000" w:rsidR="00000000" w:rsidRPr="00000000">
              <w:rPr>
                <w:rtl w:val="0"/>
              </w:rPr>
            </w:r>
          </w:p>
        </w:tc>
        <w:tc>
          <w:tcPr>
            <w:vMerge w:val="restart"/>
            <w:vAlign w:val="center"/>
          </w:tcPr>
          <w:p w:rsidR="00000000" w:rsidDel="00000000" w:rsidP="00000000" w:rsidRDefault="00000000" w:rsidRPr="00000000" w14:paraId="00000055">
            <w:pPr>
              <w:spacing w:after="0" w:before="0" w:line="240" w:lineRule="auto"/>
              <w:jc w:val="center"/>
              <w:rPr/>
            </w:pPr>
            <w:r w:rsidDel="00000000" w:rsidR="00000000" w:rsidRPr="00000000">
              <w:rPr>
                <w:rtl w:val="0"/>
              </w:rPr>
              <w:t xml:space="preserve">[ ]</w:t>
            </w:r>
          </w:p>
        </w:tc>
        <w:tc>
          <w:tcPr>
            <w:vAlign w:val="center"/>
          </w:tcPr>
          <w:p w:rsidR="00000000" w:rsidDel="00000000" w:rsidP="00000000" w:rsidRDefault="00000000" w:rsidRPr="00000000" w14:paraId="00000056">
            <w:pPr>
              <w:spacing w:after="0" w:before="0" w:line="240" w:lineRule="auto"/>
              <w:rPr/>
            </w:pPr>
            <w:r w:rsidDel="00000000" w:rsidR="00000000" w:rsidRPr="00000000">
              <w:rPr>
                <w:sz w:val="16"/>
                <w:szCs w:val="16"/>
                <w:rtl w:val="0"/>
              </w:rPr>
              <w:t xml:space="preserve">[Student 1]</w:t>
            </w:r>
            <w:r w:rsidDel="00000000" w:rsidR="00000000" w:rsidRPr="00000000">
              <w:rPr>
                <w:rtl w:val="0"/>
              </w:rPr>
            </w:r>
          </w:p>
        </w:tc>
        <w:tc>
          <w:tcPr>
            <w:vAlign w:val="center"/>
          </w:tcPr>
          <w:p w:rsidR="00000000" w:rsidDel="00000000" w:rsidP="00000000" w:rsidRDefault="00000000" w:rsidRPr="00000000" w14:paraId="00000057">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58">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59">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5A">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5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5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5D">
            <w:pPr>
              <w:spacing w:after="0" w:before="0" w:line="240" w:lineRule="auto"/>
              <w:rPr/>
            </w:pPr>
            <w:r w:rsidDel="00000000" w:rsidR="00000000" w:rsidRPr="00000000">
              <w:rPr>
                <w:rtl w:val="0"/>
              </w:rPr>
            </w:r>
          </w:p>
        </w:tc>
      </w:tr>
      <w:tr>
        <w:trPr>
          <w:cantSplit w:val="0"/>
          <w:tblHeader w:val="0"/>
        </w:trPr>
        <w:tc>
          <w:tcPr>
            <w:vMerge w:val="continue"/>
            <w:shd w:fill="f8f5ed" w:val="clear"/>
            <w:vAlign w:val="center"/>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60">
            <w:pPr>
              <w:spacing w:after="0" w:before="0" w:line="240" w:lineRule="auto"/>
              <w:rPr/>
            </w:pPr>
            <w:r w:rsidDel="00000000" w:rsidR="00000000" w:rsidRPr="00000000">
              <w:rPr>
                <w:sz w:val="16"/>
                <w:szCs w:val="16"/>
                <w:rtl w:val="0"/>
              </w:rPr>
              <w:t xml:space="preserve">[Student 2]</w:t>
            </w:r>
            <w:r w:rsidDel="00000000" w:rsidR="00000000" w:rsidRPr="00000000">
              <w:rPr>
                <w:rtl w:val="0"/>
              </w:rPr>
            </w:r>
          </w:p>
        </w:tc>
        <w:tc>
          <w:tcPr>
            <w:vAlign w:val="center"/>
          </w:tcPr>
          <w:p w:rsidR="00000000" w:rsidDel="00000000" w:rsidP="00000000" w:rsidRDefault="00000000" w:rsidRPr="00000000" w14:paraId="00000061">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62">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6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6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65">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66">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67">
            <w:pPr>
              <w:spacing w:after="0" w:before="0" w:line="240" w:lineRule="auto"/>
              <w:rPr/>
            </w:pPr>
            <w:r w:rsidDel="00000000" w:rsidR="00000000" w:rsidRPr="00000000">
              <w:rPr>
                <w:rtl w:val="0"/>
              </w:rPr>
            </w:r>
          </w:p>
        </w:tc>
      </w:tr>
      <w:tr>
        <w:trPr>
          <w:cantSplit w:val="0"/>
          <w:tblHeader w:val="0"/>
        </w:trPr>
        <w:tc>
          <w:tcPr>
            <w:vMerge w:val="continue"/>
            <w:shd w:fill="f8f5ed" w:val="clear"/>
            <w:vAlign w:val="center"/>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6A">
            <w:pPr>
              <w:spacing w:after="0" w:before="0" w:line="240" w:lineRule="auto"/>
              <w:rPr/>
            </w:pPr>
            <w:r w:rsidDel="00000000" w:rsidR="00000000" w:rsidRPr="00000000">
              <w:rPr>
                <w:sz w:val="16"/>
                <w:szCs w:val="16"/>
                <w:rtl w:val="0"/>
              </w:rPr>
              <w:t xml:space="preserve">[Student 3]</w:t>
            </w:r>
            <w:r w:rsidDel="00000000" w:rsidR="00000000" w:rsidRPr="00000000">
              <w:rPr>
                <w:rtl w:val="0"/>
              </w:rPr>
            </w:r>
          </w:p>
        </w:tc>
        <w:tc>
          <w:tcPr>
            <w:vAlign w:val="center"/>
          </w:tcPr>
          <w:p w:rsidR="00000000" w:rsidDel="00000000" w:rsidP="00000000" w:rsidRDefault="00000000" w:rsidRPr="00000000" w14:paraId="0000006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6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6D">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6E">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6F">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70">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71">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74">
            <w:pPr>
              <w:spacing w:after="0" w:before="0" w:line="240" w:lineRule="auto"/>
              <w:rPr/>
            </w:pPr>
            <w:r w:rsidDel="00000000" w:rsidR="00000000" w:rsidRPr="00000000">
              <w:rPr>
                <w:sz w:val="16"/>
                <w:szCs w:val="16"/>
                <w:rtl w:val="0"/>
              </w:rPr>
              <w:t xml:space="preserve">[Student 4]</w:t>
            </w:r>
            <w:r w:rsidDel="00000000" w:rsidR="00000000" w:rsidRPr="00000000">
              <w:rPr>
                <w:rtl w:val="0"/>
              </w:rPr>
            </w:r>
          </w:p>
        </w:tc>
        <w:tc>
          <w:tcPr>
            <w:vAlign w:val="center"/>
          </w:tcPr>
          <w:p w:rsidR="00000000" w:rsidDel="00000000" w:rsidP="00000000" w:rsidRDefault="00000000" w:rsidRPr="00000000" w14:paraId="00000075">
            <w:pPr>
              <w:spacing w:line="240" w:lineRule="auto"/>
              <w:rPr/>
            </w:pPr>
            <w:r w:rsidDel="00000000" w:rsidR="00000000" w:rsidRPr="00000000">
              <w:rPr>
                <w:rtl w:val="0"/>
              </w:rPr>
            </w:r>
          </w:p>
        </w:tc>
        <w:tc>
          <w:tcPr>
            <w:vAlign w:val="center"/>
          </w:tcPr>
          <w:p w:rsidR="00000000" w:rsidDel="00000000" w:rsidP="00000000" w:rsidRDefault="00000000" w:rsidRPr="00000000" w14:paraId="00000076">
            <w:pPr>
              <w:spacing w:line="240" w:lineRule="auto"/>
              <w:rPr/>
            </w:pPr>
            <w:r w:rsidDel="00000000" w:rsidR="00000000" w:rsidRPr="00000000">
              <w:rPr>
                <w:rtl w:val="0"/>
              </w:rPr>
            </w:r>
          </w:p>
        </w:tc>
        <w:tc>
          <w:tcPr>
            <w:vAlign w:val="center"/>
          </w:tcPr>
          <w:p w:rsidR="00000000" w:rsidDel="00000000" w:rsidP="00000000" w:rsidRDefault="00000000" w:rsidRPr="00000000" w14:paraId="00000077">
            <w:pPr>
              <w:spacing w:line="240" w:lineRule="auto"/>
              <w:rPr/>
            </w:pPr>
            <w:r w:rsidDel="00000000" w:rsidR="00000000" w:rsidRPr="00000000">
              <w:rPr>
                <w:rtl w:val="0"/>
              </w:rPr>
            </w:r>
          </w:p>
        </w:tc>
        <w:tc>
          <w:tcPr>
            <w:vAlign w:val="center"/>
          </w:tcPr>
          <w:p w:rsidR="00000000" w:rsidDel="00000000" w:rsidP="00000000" w:rsidRDefault="00000000" w:rsidRPr="00000000" w14:paraId="00000078">
            <w:pPr>
              <w:spacing w:line="240" w:lineRule="auto"/>
              <w:rPr/>
            </w:pPr>
            <w:r w:rsidDel="00000000" w:rsidR="00000000" w:rsidRPr="00000000">
              <w:rPr>
                <w:rtl w:val="0"/>
              </w:rPr>
            </w:r>
          </w:p>
        </w:tc>
        <w:tc>
          <w:tcPr>
            <w:vAlign w:val="center"/>
          </w:tcPr>
          <w:p w:rsidR="00000000" w:rsidDel="00000000" w:rsidP="00000000" w:rsidRDefault="00000000" w:rsidRPr="00000000" w14:paraId="00000079">
            <w:pPr>
              <w:spacing w:line="240" w:lineRule="auto"/>
              <w:rPr/>
            </w:pPr>
            <w:r w:rsidDel="00000000" w:rsidR="00000000" w:rsidRPr="00000000">
              <w:rPr>
                <w:rtl w:val="0"/>
              </w:rPr>
            </w:r>
          </w:p>
        </w:tc>
        <w:tc>
          <w:tcPr>
            <w:vAlign w:val="center"/>
          </w:tcPr>
          <w:p w:rsidR="00000000" w:rsidDel="00000000" w:rsidP="00000000" w:rsidRDefault="00000000" w:rsidRPr="00000000" w14:paraId="0000007A">
            <w:pPr>
              <w:spacing w:line="240" w:lineRule="auto"/>
              <w:rPr/>
            </w:pPr>
            <w:r w:rsidDel="00000000" w:rsidR="00000000" w:rsidRPr="00000000">
              <w:rPr>
                <w:rtl w:val="0"/>
              </w:rPr>
            </w:r>
          </w:p>
        </w:tc>
        <w:tc>
          <w:tcPr>
            <w:vAlign w:val="center"/>
          </w:tcPr>
          <w:p w:rsidR="00000000" w:rsidDel="00000000" w:rsidP="00000000" w:rsidRDefault="00000000" w:rsidRPr="00000000" w14:paraId="0000007B">
            <w:pPr>
              <w:spacing w:line="240" w:lineRule="auto"/>
              <w:rPr/>
            </w:pPr>
            <w:r w:rsidDel="00000000" w:rsidR="00000000" w:rsidRPr="00000000">
              <w:rPr>
                <w:rtl w:val="0"/>
              </w:rPr>
            </w:r>
          </w:p>
        </w:tc>
      </w:tr>
      <w:tr>
        <w:trPr>
          <w:cantSplit w:val="0"/>
          <w:trHeight w:val="300" w:hRule="atLeast"/>
          <w:tblHeader w:val="0"/>
        </w:trPr>
        <w:tc>
          <w:tcPr>
            <w:vMerge w:val="restart"/>
            <w:shd w:fill="f8f5ed" w:val="clear"/>
            <w:vAlign w:val="center"/>
          </w:tcPr>
          <w:p w:rsidR="00000000" w:rsidDel="00000000" w:rsidP="00000000" w:rsidRDefault="00000000" w:rsidRPr="00000000" w14:paraId="0000007C">
            <w:pPr>
              <w:spacing w:after="0" w:before="0" w:line="240" w:lineRule="auto"/>
              <w:jc w:val="center"/>
              <w:rPr/>
            </w:pPr>
            <w:r w:rsidDel="00000000" w:rsidR="00000000" w:rsidRPr="00000000">
              <w:rPr>
                <w:b w:val="1"/>
                <w:bCs w:val="1"/>
                <w:color w:val="07132a"/>
                <w:rtl w:val="0"/>
              </w:rPr>
              <w:t xml:space="preserve">Team 2</w:t>
            </w:r>
            <w:r w:rsidDel="00000000" w:rsidR="00000000" w:rsidRPr="00000000">
              <w:rPr>
                <w:rtl w:val="0"/>
              </w:rPr>
            </w:r>
          </w:p>
        </w:tc>
        <w:tc>
          <w:tcPr>
            <w:vMerge w:val="restart"/>
            <w:vAlign w:val="center"/>
          </w:tcPr>
          <w:p w:rsidR="00000000" w:rsidDel="00000000" w:rsidP="00000000" w:rsidRDefault="00000000" w:rsidRPr="00000000" w14:paraId="0000007D">
            <w:pPr>
              <w:spacing w:after="0" w:before="0" w:line="240" w:lineRule="auto"/>
              <w:jc w:val="center"/>
              <w:rPr/>
            </w:pPr>
            <w:r w:rsidDel="00000000" w:rsidR="00000000" w:rsidRPr="00000000">
              <w:rPr>
                <w:rtl w:val="0"/>
              </w:rPr>
              <w:t xml:space="preserve">[ ]</w:t>
            </w:r>
          </w:p>
        </w:tc>
        <w:tc>
          <w:tcPr>
            <w:vAlign w:val="center"/>
          </w:tcPr>
          <w:p w:rsidR="00000000" w:rsidDel="00000000" w:rsidP="00000000" w:rsidRDefault="00000000" w:rsidRPr="00000000" w14:paraId="0000007E">
            <w:pPr>
              <w:spacing w:after="0" w:before="0" w:line="240" w:lineRule="auto"/>
              <w:rPr/>
            </w:pPr>
            <w:r w:rsidDel="00000000" w:rsidR="00000000" w:rsidRPr="00000000">
              <w:rPr>
                <w:sz w:val="16"/>
                <w:szCs w:val="16"/>
                <w:rtl w:val="0"/>
              </w:rPr>
              <w:t xml:space="preserve">[Student 1]</w:t>
            </w:r>
            <w:r w:rsidDel="00000000" w:rsidR="00000000" w:rsidRPr="00000000">
              <w:rPr>
                <w:rtl w:val="0"/>
              </w:rPr>
            </w:r>
          </w:p>
        </w:tc>
        <w:tc>
          <w:tcPr>
            <w:vAlign w:val="center"/>
          </w:tcPr>
          <w:p w:rsidR="00000000" w:rsidDel="00000000" w:rsidP="00000000" w:rsidRDefault="00000000" w:rsidRPr="00000000" w14:paraId="0000007F">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0">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1">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2">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5">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88">
            <w:pPr>
              <w:spacing w:after="0" w:before="0" w:line="240" w:lineRule="auto"/>
              <w:rPr/>
            </w:pPr>
            <w:r w:rsidDel="00000000" w:rsidR="00000000" w:rsidRPr="00000000">
              <w:rPr>
                <w:sz w:val="16"/>
                <w:szCs w:val="16"/>
                <w:rtl w:val="0"/>
              </w:rPr>
              <w:t xml:space="preserve">[Student 2]</w:t>
            </w:r>
            <w:r w:rsidDel="00000000" w:rsidR="00000000" w:rsidRPr="00000000">
              <w:rPr>
                <w:rtl w:val="0"/>
              </w:rPr>
            </w:r>
          </w:p>
        </w:tc>
        <w:tc>
          <w:tcPr>
            <w:vAlign w:val="center"/>
          </w:tcPr>
          <w:p w:rsidR="00000000" w:rsidDel="00000000" w:rsidP="00000000" w:rsidRDefault="00000000" w:rsidRPr="00000000" w14:paraId="00000089">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A">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D">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E">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8F">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92">
            <w:pPr>
              <w:spacing w:after="0" w:before="0" w:line="240" w:lineRule="auto"/>
              <w:rPr/>
            </w:pPr>
            <w:r w:rsidDel="00000000" w:rsidR="00000000" w:rsidRPr="00000000">
              <w:rPr>
                <w:sz w:val="16"/>
                <w:szCs w:val="16"/>
                <w:rtl w:val="0"/>
              </w:rPr>
              <w:t xml:space="preserve">[Student 3]</w:t>
            </w:r>
            <w:r w:rsidDel="00000000" w:rsidR="00000000" w:rsidRPr="00000000">
              <w:rPr>
                <w:rtl w:val="0"/>
              </w:rPr>
            </w:r>
          </w:p>
        </w:tc>
        <w:tc>
          <w:tcPr>
            <w:vAlign w:val="center"/>
          </w:tcPr>
          <w:p w:rsidR="00000000" w:rsidDel="00000000" w:rsidP="00000000" w:rsidRDefault="00000000" w:rsidRPr="00000000" w14:paraId="0000009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9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95">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96">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97">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98">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99">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9C">
            <w:pPr>
              <w:spacing w:after="0" w:before="0" w:line="240" w:lineRule="auto"/>
              <w:rPr/>
            </w:pPr>
            <w:r w:rsidDel="00000000" w:rsidR="00000000" w:rsidRPr="00000000">
              <w:rPr>
                <w:sz w:val="16"/>
                <w:szCs w:val="16"/>
                <w:rtl w:val="0"/>
              </w:rPr>
              <w:t xml:space="preserve">[Student 4]</w:t>
            </w:r>
            <w:r w:rsidDel="00000000" w:rsidR="00000000" w:rsidRPr="00000000">
              <w:rPr>
                <w:rtl w:val="0"/>
              </w:rPr>
            </w:r>
          </w:p>
        </w:tc>
        <w:tc>
          <w:tcPr>
            <w:vAlign w:val="center"/>
          </w:tcPr>
          <w:p w:rsidR="00000000" w:rsidDel="00000000" w:rsidP="00000000" w:rsidRDefault="00000000" w:rsidRPr="00000000" w14:paraId="0000009D">
            <w:pPr>
              <w:spacing w:line="240" w:lineRule="auto"/>
              <w:rPr/>
            </w:pPr>
            <w:r w:rsidDel="00000000" w:rsidR="00000000" w:rsidRPr="00000000">
              <w:rPr>
                <w:rtl w:val="0"/>
              </w:rPr>
            </w:r>
          </w:p>
        </w:tc>
        <w:tc>
          <w:tcPr>
            <w:vAlign w:val="center"/>
          </w:tcPr>
          <w:p w:rsidR="00000000" w:rsidDel="00000000" w:rsidP="00000000" w:rsidRDefault="00000000" w:rsidRPr="00000000" w14:paraId="0000009E">
            <w:pPr>
              <w:spacing w:line="240" w:lineRule="auto"/>
              <w:rPr/>
            </w:pPr>
            <w:r w:rsidDel="00000000" w:rsidR="00000000" w:rsidRPr="00000000">
              <w:rPr>
                <w:rtl w:val="0"/>
              </w:rPr>
            </w:r>
          </w:p>
        </w:tc>
        <w:tc>
          <w:tcPr>
            <w:vAlign w:val="center"/>
          </w:tcPr>
          <w:p w:rsidR="00000000" w:rsidDel="00000000" w:rsidP="00000000" w:rsidRDefault="00000000" w:rsidRPr="00000000" w14:paraId="0000009F">
            <w:pPr>
              <w:spacing w:line="240" w:lineRule="auto"/>
              <w:rPr/>
            </w:pPr>
            <w:r w:rsidDel="00000000" w:rsidR="00000000" w:rsidRPr="00000000">
              <w:rPr>
                <w:rtl w:val="0"/>
              </w:rPr>
            </w:r>
          </w:p>
        </w:tc>
        <w:tc>
          <w:tcPr>
            <w:vAlign w:val="center"/>
          </w:tcPr>
          <w:p w:rsidR="00000000" w:rsidDel="00000000" w:rsidP="00000000" w:rsidRDefault="00000000" w:rsidRPr="00000000" w14:paraId="000000A0">
            <w:pPr>
              <w:spacing w:line="240" w:lineRule="auto"/>
              <w:rPr/>
            </w:pPr>
            <w:r w:rsidDel="00000000" w:rsidR="00000000" w:rsidRPr="00000000">
              <w:rPr>
                <w:rtl w:val="0"/>
              </w:rPr>
            </w:r>
          </w:p>
        </w:tc>
        <w:tc>
          <w:tcPr>
            <w:vAlign w:val="center"/>
          </w:tcPr>
          <w:p w:rsidR="00000000" w:rsidDel="00000000" w:rsidP="00000000" w:rsidRDefault="00000000" w:rsidRPr="00000000" w14:paraId="000000A1">
            <w:pPr>
              <w:spacing w:line="240" w:lineRule="auto"/>
              <w:rPr/>
            </w:pPr>
            <w:r w:rsidDel="00000000" w:rsidR="00000000" w:rsidRPr="00000000">
              <w:rPr>
                <w:rtl w:val="0"/>
              </w:rPr>
            </w:r>
          </w:p>
        </w:tc>
        <w:tc>
          <w:tcPr>
            <w:vAlign w:val="center"/>
          </w:tcPr>
          <w:p w:rsidR="00000000" w:rsidDel="00000000" w:rsidP="00000000" w:rsidRDefault="00000000" w:rsidRPr="00000000" w14:paraId="000000A2">
            <w:pPr>
              <w:spacing w:line="240" w:lineRule="auto"/>
              <w:rPr/>
            </w:pPr>
            <w:r w:rsidDel="00000000" w:rsidR="00000000" w:rsidRPr="00000000">
              <w:rPr>
                <w:rtl w:val="0"/>
              </w:rPr>
            </w:r>
          </w:p>
        </w:tc>
        <w:tc>
          <w:tcPr>
            <w:vAlign w:val="center"/>
          </w:tcPr>
          <w:p w:rsidR="00000000" w:rsidDel="00000000" w:rsidP="00000000" w:rsidRDefault="00000000" w:rsidRPr="00000000" w14:paraId="000000A3">
            <w:pPr>
              <w:spacing w:line="240" w:lineRule="auto"/>
              <w:rPr/>
            </w:pPr>
            <w:r w:rsidDel="00000000" w:rsidR="00000000" w:rsidRPr="00000000">
              <w:rPr>
                <w:rtl w:val="0"/>
              </w:rPr>
            </w:r>
          </w:p>
        </w:tc>
      </w:tr>
      <w:tr>
        <w:trPr>
          <w:cantSplit w:val="0"/>
          <w:trHeight w:val="300" w:hRule="atLeast"/>
          <w:tblHeader w:val="0"/>
        </w:trPr>
        <w:tc>
          <w:tcPr>
            <w:vMerge w:val="restart"/>
            <w:shd w:fill="f8f5ed" w:val="clear"/>
            <w:vAlign w:val="center"/>
          </w:tcPr>
          <w:p w:rsidR="00000000" w:rsidDel="00000000" w:rsidP="00000000" w:rsidRDefault="00000000" w:rsidRPr="00000000" w14:paraId="000000A4">
            <w:pPr>
              <w:spacing w:after="0" w:before="0" w:line="240" w:lineRule="auto"/>
              <w:jc w:val="center"/>
              <w:rPr/>
            </w:pPr>
            <w:r w:rsidDel="00000000" w:rsidR="00000000" w:rsidRPr="00000000">
              <w:rPr>
                <w:b w:val="1"/>
                <w:bCs w:val="1"/>
                <w:color w:val="07132a"/>
                <w:rtl w:val="0"/>
              </w:rPr>
              <w:t xml:space="preserve">Team 3</w:t>
            </w:r>
            <w:r w:rsidDel="00000000" w:rsidR="00000000" w:rsidRPr="00000000">
              <w:rPr>
                <w:rtl w:val="0"/>
              </w:rPr>
            </w:r>
          </w:p>
        </w:tc>
        <w:tc>
          <w:tcPr>
            <w:vMerge w:val="restart"/>
            <w:vAlign w:val="center"/>
          </w:tcPr>
          <w:p w:rsidR="00000000" w:rsidDel="00000000" w:rsidP="00000000" w:rsidRDefault="00000000" w:rsidRPr="00000000" w14:paraId="000000A5">
            <w:pPr>
              <w:spacing w:after="0" w:before="0" w:line="240" w:lineRule="auto"/>
              <w:jc w:val="center"/>
              <w:rPr/>
            </w:pPr>
            <w:r w:rsidDel="00000000" w:rsidR="00000000" w:rsidRPr="00000000">
              <w:rPr>
                <w:rtl w:val="0"/>
              </w:rPr>
              <w:t xml:space="preserve">[ ]</w:t>
            </w:r>
          </w:p>
        </w:tc>
        <w:tc>
          <w:tcPr>
            <w:vAlign w:val="center"/>
          </w:tcPr>
          <w:p w:rsidR="00000000" w:rsidDel="00000000" w:rsidP="00000000" w:rsidRDefault="00000000" w:rsidRPr="00000000" w14:paraId="000000A6">
            <w:pPr>
              <w:spacing w:after="0" w:before="0" w:line="240" w:lineRule="auto"/>
              <w:rPr/>
            </w:pPr>
            <w:r w:rsidDel="00000000" w:rsidR="00000000" w:rsidRPr="00000000">
              <w:rPr>
                <w:sz w:val="16"/>
                <w:szCs w:val="16"/>
                <w:rtl w:val="0"/>
              </w:rPr>
              <w:t xml:space="preserve">[Student 1]</w:t>
            </w:r>
            <w:r w:rsidDel="00000000" w:rsidR="00000000" w:rsidRPr="00000000">
              <w:rPr>
                <w:rtl w:val="0"/>
              </w:rPr>
            </w:r>
          </w:p>
        </w:tc>
        <w:tc>
          <w:tcPr>
            <w:vAlign w:val="center"/>
          </w:tcPr>
          <w:p w:rsidR="00000000" w:rsidDel="00000000" w:rsidP="00000000" w:rsidRDefault="00000000" w:rsidRPr="00000000" w14:paraId="000000A7">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A8">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A9">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AA">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A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A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AD">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B0">
            <w:pPr>
              <w:spacing w:after="0" w:before="0" w:line="240" w:lineRule="auto"/>
              <w:rPr/>
            </w:pPr>
            <w:r w:rsidDel="00000000" w:rsidR="00000000" w:rsidRPr="00000000">
              <w:rPr>
                <w:sz w:val="16"/>
                <w:szCs w:val="16"/>
                <w:rtl w:val="0"/>
              </w:rPr>
              <w:t xml:space="preserve">[Student 2]</w:t>
            </w:r>
            <w:r w:rsidDel="00000000" w:rsidR="00000000" w:rsidRPr="00000000">
              <w:rPr>
                <w:rtl w:val="0"/>
              </w:rPr>
            </w:r>
          </w:p>
        </w:tc>
        <w:tc>
          <w:tcPr>
            <w:vAlign w:val="center"/>
          </w:tcPr>
          <w:p w:rsidR="00000000" w:rsidDel="00000000" w:rsidP="00000000" w:rsidRDefault="00000000" w:rsidRPr="00000000" w14:paraId="000000B1">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B2">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B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B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B5">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B6">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B7">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BA">
            <w:pPr>
              <w:spacing w:after="0" w:before="0" w:line="240" w:lineRule="auto"/>
              <w:rPr/>
            </w:pPr>
            <w:r w:rsidDel="00000000" w:rsidR="00000000" w:rsidRPr="00000000">
              <w:rPr>
                <w:sz w:val="16"/>
                <w:szCs w:val="16"/>
                <w:rtl w:val="0"/>
              </w:rPr>
              <w:t xml:space="preserve">[Student 3]</w:t>
            </w:r>
            <w:r w:rsidDel="00000000" w:rsidR="00000000" w:rsidRPr="00000000">
              <w:rPr>
                <w:rtl w:val="0"/>
              </w:rPr>
            </w:r>
          </w:p>
        </w:tc>
        <w:tc>
          <w:tcPr>
            <w:vAlign w:val="center"/>
          </w:tcPr>
          <w:p w:rsidR="00000000" w:rsidDel="00000000" w:rsidP="00000000" w:rsidRDefault="00000000" w:rsidRPr="00000000" w14:paraId="000000B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B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BD">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BE">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BF">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C0">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C1">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C4">
            <w:pPr>
              <w:spacing w:after="0" w:before="0" w:line="240" w:lineRule="auto"/>
              <w:rPr/>
            </w:pPr>
            <w:r w:rsidDel="00000000" w:rsidR="00000000" w:rsidRPr="00000000">
              <w:rPr>
                <w:sz w:val="16"/>
                <w:szCs w:val="16"/>
                <w:rtl w:val="0"/>
              </w:rPr>
              <w:t xml:space="preserve">[Student 4]</w:t>
            </w:r>
            <w:r w:rsidDel="00000000" w:rsidR="00000000" w:rsidRPr="00000000">
              <w:rPr>
                <w:rtl w:val="0"/>
              </w:rPr>
            </w:r>
          </w:p>
        </w:tc>
        <w:tc>
          <w:tcPr>
            <w:vAlign w:val="center"/>
          </w:tcPr>
          <w:p w:rsidR="00000000" w:rsidDel="00000000" w:rsidP="00000000" w:rsidRDefault="00000000" w:rsidRPr="00000000" w14:paraId="000000C5">
            <w:pPr>
              <w:spacing w:line="240" w:lineRule="auto"/>
              <w:rPr/>
            </w:pPr>
            <w:r w:rsidDel="00000000" w:rsidR="00000000" w:rsidRPr="00000000">
              <w:rPr>
                <w:rtl w:val="0"/>
              </w:rPr>
            </w:r>
          </w:p>
        </w:tc>
        <w:tc>
          <w:tcPr>
            <w:vAlign w:val="center"/>
          </w:tcPr>
          <w:p w:rsidR="00000000" w:rsidDel="00000000" w:rsidP="00000000" w:rsidRDefault="00000000" w:rsidRPr="00000000" w14:paraId="000000C6">
            <w:pPr>
              <w:spacing w:line="240" w:lineRule="auto"/>
              <w:rPr/>
            </w:pPr>
            <w:r w:rsidDel="00000000" w:rsidR="00000000" w:rsidRPr="00000000">
              <w:rPr>
                <w:rtl w:val="0"/>
              </w:rPr>
            </w:r>
          </w:p>
        </w:tc>
        <w:tc>
          <w:tcPr>
            <w:vAlign w:val="center"/>
          </w:tcPr>
          <w:p w:rsidR="00000000" w:rsidDel="00000000" w:rsidP="00000000" w:rsidRDefault="00000000" w:rsidRPr="00000000" w14:paraId="000000C7">
            <w:pPr>
              <w:spacing w:line="240" w:lineRule="auto"/>
              <w:rPr/>
            </w:pPr>
            <w:r w:rsidDel="00000000" w:rsidR="00000000" w:rsidRPr="00000000">
              <w:rPr>
                <w:rtl w:val="0"/>
              </w:rPr>
            </w:r>
          </w:p>
        </w:tc>
        <w:tc>
          <w:tcPr>
            <w:vAlign w:val="center"/>
          </w:tcPr>
          <w:p w:rsidR="00000000" w:rsidDel="00000000" w:rsidP="00000000" w:rsidRDefault="00000000" w:rsidRPr="00000000" w14:paraId="000000C8">
            <w:pPr>
              <w:spacing w:line="240" w:lineRule="auto"/>
              <w:rPr/>
            </w:pPr>
            <w:r w:rsidDel="00000000" w:rsidR="00000000" w:rsidRPr="00000000">
              <w:rPr>
                <w:rtl w:val="0"/>
              </w:rPr>
            </w:r>
          </w:p>
        </w:tc>
        <w:tc>
          <w:tcPr>
            <w:vAlign w:val="center"/>
          </w:tcPr>
          <w:p w:rsidR="00000000" w:rsidDel="00000000" w:rsidP="00000000" w:rsidRDefault="00000000" w:rsidRPr="00000000" w14:paraId="000000C9">
            <w:pPr>
              <w:spacing w:line="240" w:lineRule="auto"/>
              <w:rPr/>
            </w:pPr>
            <w:r w:rsidDel="00000000" w:rsidR="00000000" w:rsidRPr="00000000">
              <w:rPr>
                <w:rtl w:val="0"/>
              </w:rPr>
            </w:r>
          </w:p>
        </w:tc>
        <w:tc>
          <w:tcPr>
            <w:vAlign w:val="center"/>
          </w:tcPr>
          <w:p w:rsidR="00000000" w:rsidDel="00000000" w:rsidP="00000000" w:rsidRDefault="00000000" w:rsidRPr="00000000" w14:paraId="000000CA">
            <w:pPr>
              <w:spacing w:line="240" w:lineRule="auto"/>
              <w:rPr/>
            </w:pPr>
            <w:r w:rsidDel="00000000" w:rsidR="00000000" w:rsidRPr="00000000">
              <w:rPr>
                <w:rtl w:val="0"/>
              </w:rPr>
            </w:r>
          </w:p>
        </w:tc>
        <w:tc>
          <w:tcPr>
            <w:vAlign w:val="center"/>
          </w:tcPr>
          <w:p w:rsidR="00000000" w:rsidDel="00000000" w:rsidP="00000000" w:rsidRDefault="00000000" w:rsidRPr="00000000" w14:paraId="000000CB">
            <w:pPr>
              <w:spacing w:line="240" w:lineRule="auto"/>
              <w:rPr/>
            </w:pPr>
            <w:r w:rsidDel="00000000" w:rsidR="00000000" w:rsidRPr="00000000">
              <w:rPr>
                <w:rtl w:val="0"/>
              </w:rPr>
            </w:r>
          </w:p>
        </w:tc>
      </w:tr>
      <w:tr>
        <w:trPr>
          <w:cantSplit w:val="0"/>
          <w:trHeight w:val="300" w:hRule="atLeast"/>
          <w:tblHeader w:val="0"/>
        </w:trPr>
        <w:tc>
          <w:tcPr>
            <w:vMerge w:val="restart"/>
            <w:shd w:fill="f8f5ed" w:val="clear"/>
            <w:vAlign w:val="center"/>
          </w:tcPr>
          <w:p w:rsidR="00000000" w:rsidDel="00000000" w:rsidP="00000000" w:rsidRDefault="00000000" w:rsidRPr="00000000" w14:paraId="000000CC">
            <w:pPr>
              <w:spacing w:after="0" w:before="0" w:line="240" w:lineRule="auto"/>
              <w:jc w:val="center"/>
              <w:rPr/>
            </w:pPr>
            <w:r w:rsidDel="00000000" w:rsidR="00000000" w:rsidRPr="00000000">
              <w:rPr>
                <w:b w:val="1"/>
                <w:bCs w:val="1"/>
                <w:color w:val="07132a"/>
                <w:rtl w:val="0"/>
              </w:rPr>
              <w:t xml:space="preserve">Team 4</w:t>
            </w:r>
            <w:r w:rsidDel="00000000" w:rsidR="00000000" w:rsidRPr="00000000">
              <w:rPr>
                <w:rtl w:val="0"/>
              </w:rPr>
            </w:r>
          </w:p>
        </w:tc>
        <w:tc>
          <w:tcPr>
            <w:vMerge w:val="restart"/>
            <w:vAlign w:val="center"/>
          </w:tcPr>
          <w:p w:rsidR="00000000" w:rsidDel="00000000" w:rsidP="00000000" w:rsidRDefault="00000000" w:rsidRPr="00000000" w14:paraId="000000CD">
            <w:pPr>
              <w:spacing w:after="0" w:before="0" w:line="240" w:lineRule="auto"/>
              <w:jc w:val="center"/>
              <w:rPr/>
            </w:pPr>
            <w:r w:rsidDel="00000000" w:rsidR="00000000" w:rsidRPr="00000000">
              <w:rPr>
                <w:rtl w:val="0"/>
              </w:rPr>
              <w:t xml:space="preserve">[ ]</w:t>
            </w:r>
          </w:p>
        </w:tc>
        <w:tc>
          <w:tcPr>
            <w:vAlign w:val="center"/>
          </w:tcPr>
          <w:p w:rsidR="00000000" w:rsidDel="00000000" w:rsidP="00000000" w:rsidRDefault="00000000" w:rsidRPr="00000000" w14:paraId="000000CE">
            <w:pPr>
              <w:spacing w:after="0" w:before="0" w:line="240" w:lineRule="auto"/>
              <w:rPr/>
            </w:pPr>
            <w:r w:rsidDel="00000000" w:rsidR="00000000" w:rsidRPr="00000000">
              <w:rPr>
                <w:sz w:val="16"/>
                <w:szCs w:val="16"/>
                <w:rtl w:val="0"/>
              </w:rPr>
              <w:t xml:space="preserve">[Student 1]</w:t>
            </w:r>
            <w:r w:rsidDel="00000000" w:rsidR="00000000" w:rsidRPr="00000000">
              <w:rPr>
                <w:rtl w:val="0"/>
              </w:rPr>
            </w:r>
          </w:p>
        </w:tc>
        <w:tc>
          <w:tcPr>
            <w:vAlign w:val="center"/>
          </w:tcPr>
          <w:p w:rsidR="00000000" w:rsidDel="00000000" w:rsidP="00000000" w:rsidRDefault="00000000" w:rsidRPr="00000000" w14:paraId="000000CF">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0">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1">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2">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5">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D8">
            <w:pPr>
              <w:spacing w:after="0" w:before="0" w:line="240" w:lineRule="auto"/>
              <w:rPr/>
            </w:pPr>
            <w:r w:rsidDel="00000000" w:rsidR="00000000" w:rsidRPr="00000000">
              <w:rPr>
                <w:sz w:val="16"/>
                <w:szCs w:val="16"/>
                <w:rtl w:val="0"/>
              </w:rPr>
              <w:t xml:space="preserve">[Student 2]</w:t>
            </w:r>
            <w:r w:rsidDel="00000000" w:rsidR="00000000" w:rsidRPr="00000000">
              <w:rPr>
                <w:rtl w:val="0"/>
              </w:rPr>
            </w:r>
          </w:p>
        </w:tc>
        <w:tc>
          <w:tcPr>
            <w:vAlign w:val="center"/>
          </w:tcPr>
          <w:p w:rsidR="00000000" w:rsidDel="00000000" w:rsidP="00000000" w:rsidRDefault="00000000" w:rsidRPr="00000000" w14:paraId="000000D9">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A">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D">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E">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DF">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E2">
            <w:pPr>
              <w:spacing w:after="0" w:before="0" w:line="240" w:lineRule="auto"/>
              <w:rPr/>
            </w:pPr>
            <w:r w:rsidDel="00000000" w:rsidR="00000000" w:rsidRPr="00000000">
              <w:rPr>
                <w:sz w:val="16"/>
                <w:szCs w:val="16"/>
                <w:rtl w:val="0"/>
              </w:rPr>
              <w:t xml:space="preserve">[Student 3]</w:t>
            </w:r>
            <w:r w:rsidDel="00000000" w:rsidR="00000000" w:rsidRPr="00000000">
              <w:rPr>
                <w:rtl w:val="0"/>
              </w:rPr>
            </w:r>
          </w:p>
        </w:tc>
        <w:tc>
          <w:tcPr>
            <w:vAlign w:val="center"/>
          </w:tcPr>
          <w:p w:rsidR="00000000" w:rsidDel="00000000" w:rsidP="00000000" w:rsidRDefault="00000000" w:rsidRPr="00000000" w14:paraId="000000E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E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E5">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E6">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E7">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E8">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E9">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0EC">
            <w:pPr>
              <w:spacing w:after="0" w:before="0" w:line="240" w:lineRule="auto"/>
              <w:rPr/>
            </w:pPr>
            <w:r w:rsidDel="00000000" w:rsidR="00000000" w:rsidRPr="00000000">
              <w:rPr>
                <w:sz w:val="16"/>
                <w:szCs w:val="16"/>
                <w:rtl w:val="0"/>
              </w:rPr>
              <w:t xml:space="preserve">[Student 4]</w:t>
            </w:r>
            <w:r w:rsidDel="00000000" w:rsidR="00000000" w:rsidRPr="00000000">
              <w:rPr>
                <w:rtl w:val="0"/>
              </w:rPr>
            </w:r>
          </w:p>
        </w:tc>
        <w:tc>
          <w:tcPr>
            <w:vAlign w:val="center"/>
          </w:tcPr>
          <w:p w:rsidR="00000000" w:rsidDel="00000000" w:rsidP="00000000" w:rsidRDefault="00000000" w:rsidRPr="00000000" w14:paraId="000000ED">
            <w:pPr>
              <w:spacing w:line="240" w:lineRule="auto"/>
              <w:rPr/>
            </w:pPr>
            <w:r w:rsidDel="00000000" w:rsidR="00000000" w:rsidRPr="00000000">
              <w:rPr>
                <w:rtl w:val="0"/>
              </w:rPr>
            </w:r>
          </w:p>
        </w:tc>
        <w:tc>
          <w:tcPr>
            <w:vAlign w:val="center"/>
          </w:tcPr>
          <w:p w:rsidR="00000000" w:rsidDel="00000000" w:rsidP="00000000" w:rsidRDefault="00000000" w:rsidRPr="00000000" w14:paraId="000000EE">
            <w:pPr>
              <w:spacing w:line="240" w:lineRule="auto"/>
              <w:rPr/>
            </w:pPr>
            <w:r w:rsidDel="00000000" w:rsidR="00000000" w:rsidRPr="00000000">
              <w:rPr>
                <w:rtl w:val="0"/>
              </w:rPr>
            </w:r>
          </w:p>
        </w:tc>
        <w:tc>
          <w:tcPr>
            <w:vAlign w:val="center"/>
          </w:tcPr>
          <w:p w:rsidR="00000000" w:rsidDel="00000000" w:rsidP="00000000" w:rsidRDefault="00000000" w:rsidRPr="00000000" w14:paraId="000000EF">
            <w:pPr>
              <w:spacing w:line="240" w:lineRule="auto"/>
              <w:rPr/>
            </w:pPr>
            <w:r w:rsidDel="00000000" w:rsidR="00000000" w:rsidRPr="00000000">
              <w:rPr>
                <w:rtl w:val="0"/>
              </w:rPr>
            </w:r>
          </w:p>
        </w:tc>
        <w:tc>
          <w:tcPr>
            <w:vAlign w:val="center"/>
          </w:tcPr>
          <w:p w:rsidR="00000000" w:rsidDel="00000000" w:rsidP="00000000" w:rsidRDefault="00000000" w:rsidRPr="00000000" w14:paraId="000000F0">
            <w:pPr>
              <w:spacing w:line="240" w:lineRule="auto"/>
              <w:rPr/>
            </w:pPr>
            <w:r w:rsidDel="00000000" w:rsidR="00000000" w:rsidRPr="00000000">
              <w:rPr>
                <w:rtl w:val="0"/>
              </w:rPr>
            </w:r>
          </w:p>
        </w:tc>
        <w:tc>
          <w:tcPr>
            <w:vAlign w:val="center"/>
          </w:tcPr>
          <w:p w:rsidR="00000000" w:rsidDel="00000000" w:rsidP="00000000" w:rsidRDefault="00000000" w:rsidRPr="00000000" w14:paraId="000000F1">
            <w:pPr>
              <w:spacing w:line="240" w:lineRule="auto"/>
              <w:rPr/>
            </w:pPr>
            <w:r w:rsidDel="00000000" w:rsidR="00000000" w:rsidRPr="00000000">
              <w:rPr>
                <w:rtl w:val="0"/>
              </w:rPr>
            </w:r>
          </w:p>
        </w:tc>
        <w:tc>
          <w:tcPr>
            <w:vAlign w:val="center"/>
          </w:tcPr>
          <w:p w:rsidR="00000000" w:rsidDel="00000000" w:rsidP="00000000" w:rsidRDefault="00000000" w:rsidRPr="00000000" w14:paraId="000000F2">
            <w:pPr>
              <w:spacing w:line="240" w:lineRule="auto"/>
              <w:rPr/>
            </w:pPr>
            <w:r w:rsidDel="00000000" w:rsidR="00000000" w:rsidRPr="00000000">
              <w:rPr>
                <w:rtl w:val="0"/>
              </w:rPr>
            </w:r>
          </w:p>
        </w:tc>
        <w:tc>
          <w:tcPr>
            <w:vAlign w:val="center"/>
          </w:tcPr>
          <w:p w:rsidR="00000000" w:rsidDel="00000000" w:rsidP="00000000" w:rsidRDefault="00000000" w:rsidRPr="00000000" w14:paraId="000000F3">
            <w:pPr>
              <w:spacing w:line="240" w:lineRule="auto"/>
              <w:rPr/>
            </w:pPr>
            <w:r w:rsidDel="00000000" w:rsidR="00000000" w:rsidRPr="00000000">
              <w:rPr>
                <w:rtl w:val="0"/>
              </w:rPr>
            </w:r>
          </w:p>
        </w:tc>
      </w:tr>
      <w:tr>
        <w:trPr>
          <w:cantSplit w:val="0"/>
          <w:trHeight w:val="300" w:hRule="atLeast"/>
          <w:tblHeader w:val="0"/>
        </w:trPr>
        <w:tc>
          <w:tcPr>
            <w:vMerge w:val="restart"/>
            <w:shd w:fill="f8f5ed" w:val="clear"/>
            <w:vAlign w:val="center"/>
          </w:tcPr>
          <w:p w:rsidR="00000000" w:rsidDel="00000000" w:rsidP="00000000" w:rsidRDefault="00000000" w:rsidRPr="00000000" w14:paraId="000000F4">
            <w:pPr>
              <w:spacing w:after="0" w:before="0" w:line="240" w:lineRule="auto"/>
              <w:jc w:val="center"/>
              <w:rPr/>
            </w:pPr>
            <w:r w:rsidDel="00000000" w:rsidR="00000000" w:rsidRPr="00000000">
              <w:rPr>
                <w:b w:val="1"/>
                <w:bCs w:val="1"/>
                <w:color w:val="07132a"/>
                <w:rtl w:val="0"/>
              </w:rPr>
              <w:t xml:space="preserve">Team 5</w:t>
            </w:r>
            <w:r w:rsidDel="00000000" w:rsidR="00000000" w:rsidRPr="00000000">
              <w:rPr>
                <w:rtl w:val="0"/>
              </w:rPr>
            </w:r>
          </w:p>
        </w:tc>
        <w:tc>
          <w:tcPr>
            <w:vMerge w:val="restart"/>
            <w:vAlign w:val="center"/>
          </w:tcPr>
          <w:p w:rsidR="00000000" w:rsidDel="00000000" w:rsidP="00000000" w:rsidRDefault="00000000" w:rsidRPr="00000000" w14:paraId="000000F5">
            <w:pPr>
              <w:spacing w:after="0" w:before="0" w:line="240" w:lineRule="auto"/>
              <w:jc w:val="center"/>
              <w:rPr/>
            </w:pPr>
            <w:r w:rsidDel="00000000" w:rsidR="00000000" w:rsidRPr="00000000">
              <w:rPr>
                <w:rtl w:val="0"/>
              </w:rPr>
              <w:t xml:space="preserve">[ ]</w:t>
            </w:r>
          </w:p>
        </w:tc>
        <w:tc>
          <w:tcPr>
            <w:vAlign w:val="center"/>
          </w:tcPr>
          <w:p w:rsidR="00000000" w:rsidDel="00000000" w:rsidP="00000000" w:rsidRDefault="00000000" w:rsidRPr="00000000" w14:paraId="000000F6">
            <w:pPr>
              <w:spacing w:after="0" w:before="0" w:line="240" w:lineRule="auto"/>
              <w:rPr/>
            </w:pPr>
            <w:r w:rsidDel="00000000" w:rsidR="00000000" w:rsidRPr="00000000">
              <w:rPr>
                <w:sz w:val="16"/>
                <w:szCs w:val="16"/>
                <w:rtl w:val="0"/>
              </w:rPr>
              <w:t xml:space="preserve">[Student 1]</w:t>
            </w:r>
            <w:r w:rsidDel="00000000" w:rsidR="00000000" w:rsidRPr="00000000">
              <w:rPr>
                <w:rtl w:val="0"/>
              </w:rPr>
            </w:r>
          </w:p>
        </w:tc>
        <w:tc>
          <w:tcPr>
            <w:vAlign w:val="center"/>
          </w:tcPr>
          <w:p w:rsidR="00000000" w:rsidDel="00000000" w:rsidP="00000000" w:rsidRDefault="00000000" w:rsidRPr="00000000" w14:paraId="000000F7">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F8">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F9">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FA">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F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F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0FD">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100">
            <w:pPr>
              <w:spacing w:after="0" w:before="0" w:line="240" w:lineRule="auto"/>
              <w:rPr/>
            </w:pPr>
            <w:r w:rsidDel="00000000" w:rsidR="00000000" w:rsidRPr="00000000">
              <w:rPr>
                <w:sz w:val="16"/>
                <w:szCs w:val="16"/>
                <w:rtl w:val="0"/>
              </w:rPr>
              <w:t xml:space="preserve">[Student 2]</w:t>
            </w:r>
            <w:r w:rsidDel="00000000" w:rsidR="00000000" w:rsidRPr="00000000">
              <w:rPr>
                <w:rtl w:val="0"/>
              </w:rPr>
            </w:r>
          </w:p>
        </w:tc>
        <w:tc>
          <w:tcPr>
            <w:vAlign w:val="center"/>
          </w:tcPr>
          <w:p w:rsidR="00000000" w:rsidDel="00000000" w:rsidP="00000000" w:rsidRDefault="00000000" w:rsidRPr="00000000" w14:paraId="00000101">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02">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0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0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05">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06">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07">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10A">
            <w:pPr>
              <w:spacing w:after="0" w:before="0" w:line="240" w:lineRule="auto"/>
              <w:rPr/>
            </w:pPr>
            <w:r w:rsidDel="00000000" w:rsidR="00000000" w:rsidRPr="00000000">
              <w:rPr>
                <w:sz w:val="16"/>
                <w:szCs w:val="16"/>
                <w:rtl w:val="0"/>
              </w:rPr>
              <w:t xml:space="preserve">[Student 3]</w:t>
            </w:r>
            <w:r w:rsidDel="00000000" w:rsidR="00000000" w:rsidRPr="00000000">
              <w:rPr>
                <w:rtl w:val="0"/>
              </w:rPr>
            </w:r>
          </w:p>
        </w:tc>
        <w:tc>
          <w:tcPr>
            <w:vAlign w:val="center"/>
          </w:tcPr>
          <w:p w:rsidR="00000000" w:rsidDel="00000000" w:rsidP="00000000" w:rsidRDefault="00000000" w:rsidRPr="00000000" w14:paraId="0000010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0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0D">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0E">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0F">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10">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11">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114">
            <w:pPr>
              <w:spacing w:after="0" w:before="0" w:line="240" w:lineRule="auto"/>
              <w:rPr/>
            </w:pPr>
            <w:r w:rsidDel="00000000" w:rsidR="00000000" w:rsidRPr="00000000">
              <w:rPr>
                <w:sz w:val="16"/>
                <w:szCs w:val="16"/>
                <w:rtl w:val="0"/>
              </w:rPr>
              <w:t xml:space="preserve">[Student 4]</w:t>
            </w:r>
            <w:r w:rsidDel="00000000" w:rsidR="00000000" w:rsidRPr="00000000">
              <w:rPr>
                <w:rtl w:val="0"/>
              </w:rPr>
            </w:r>
          </w:p>
        </w:tc>
        <w:tc>
          <w:tcPr>
            <w:vAlign w:val="center"/>
          </w:tcPr>
          <w:p w:rsidR="00000000" w:rsidDel="00000000" w:rsidP="00000000" w:rsidRDefault="00000000" w:rsidRPr="00000000" w14:paraId="00000115">
            <w:pPr>
              <w:spacing w:line="240" w:lineRule="auto"/>
              <w:rPr/>
            </w:pPr>
            <w:r w:rsidDel="00000000" w:rsidR="00000000" w:rsidRPr="00000000">
              <w:rPr>
                <w:rtl w:val="0"/>
              </w:rPr>
            </w:r>
          </w:p>
        </w:tc>
        <w:tc>
          <w:tcPr>
            <w:vAlign w:val="center"/>
          </w:tcPr>
          <w:p w:rsidR="00000000" w:rsidDel="00000000" w:rsidP="00000000" w:rsidRDefault="00000000" w:rsidRPr="00000000" w14:paraId="00000116">
            <w:pPr>
              <w:spacing w:line="240" w:lineRule="auto"/>
              <w:rPr/>
            </w:pPr>
            <w:r w:rsidDel="00000000" w:rsidR="00000000" w:rsidRPr="00000000">
              <w:rPr>
                <w:rtl w:val="0"/>
              </w:rPr>
            </w:r>
          </w:p>
        </w:tc>
        <w:tc>
          <w:tcPr>
            <w:vAlign w:val="center"/>
          </w:tcPr>
          <w:p w:rsidR="00000000" w:rsidDel="00000000" w:rsidP="00000000" w:rsidRDefault="00000000" w:rsidRPr="00000000" w14:paraId="00000117">
            <w:pPr>
              <w:spacing w:line="240" w:lineRule="auto"/>
              <w:rPr/>
            </w:pPr>
            <w:r w:rsidDel="00000000" w:rsidR="00000000" w:rsidRPr="00000000">
              <w:rPr>
                <w:rtl w:val="0"/>
              </w:rPr>
            </w:r>
          </w:p>
        </w:tc>
        <w:tc>
          <w:tcPr>
            <w:vAlign w:val="center"/>
          </w:tcPr>
          <w:p w:rsidR="00000000" w:rsidDel="00000000" w:rsidP="00000000" w:rsidRDefault="00000000" w:rsidRPr="00000000" w14:paraId="00000118">
            <w:pPr>
              <w:spacing w:line="240" w:lineRule="auto"/>
              <w:rPr/>
            </w:pPr>
            <w:r w:rsidDel="00000000" w:rsidR="00000000" w:rsidRPr="00000000">
              <w:rPr>
                <w:rtl w:val="0"/>
              </w:rPr>
            </w:r>
          </w:p>
        </w:tc>
        <w:tc>
          <w:tcPr>
            <w:vAlign w:val="center"/>
          </w:tcPr>
          <w:p w:rsidR="00000000" w:rsidDel="00000000" w:rsidP="00000000" w:rsidRDefault="00000000" w:rsidRPr="00000000" w14:paraId="00000119">
            <w:pPr>
              <w:spacing w:line="240" w:lineRule="auto"/>
              <w:rPr/>
            </w:pPr>
            <w:r w:rsidDel="00000000" w:rsidR="00000000" w:rsidRPr="00000000">
              <w:rPr>
                <w:rtl w:val="0"/>
              </w:rPr>
            </w:r>
          </w:p>
        </w:tc>
        <w:tc>
          <w:tcPr>
            <w:vAlign w:val="center"/>
          </w:tcPr>
          <w:p w:rsidR="00000000" w:rsidDel="00000000" w:rsidP="00000000" w:rsidRDefault="00000000" w:rsidRPr="00000000" w14:paraId="0000011A">
            <w:pPr>
              <w:spacing w:line="240" w:lineRule="auto"/>
              <w:rPr/>
            </w:pPr>
            <w:r w:rsidDel="00000000" w:rsidR="00000000" w:rsidRPr="00000000">
              <w:rPr>
                <w:rtl w:val="0"/>
              </w:rPr>
            </w:r>
          </w:p>
        </w:tc>
        <w:tc>
          <w:tcPr>
            <w:vAlign w:val="center"/>
          </w:tcPr>
          <w:p w:rsidR="00000000" w:rsidDel="00000000" w:rsidP="00000000" w:rsidRDefault="00000000" w:rsidRPr="00000000" w14:paraId="0000011B">
            <w:pPr>
              <w:spacing w:line="240" w:lineRule="auto"/>
              <w:rPr/>
            </w:pPr>
            <w:r w:rsidDel="00000000" w:rsidR="00000000" w:rsidRPr="00000000">
              <w:rPr>
                <w:rtl w:val="0"/>
              </w:rPr>
            </w:r>
          </w:p>
        </w:tc>
      </w:tr>
      <w:tr>
        <w:trPr>
          <w:cantSplit w:val="0"/>
          <w:trHeight w:val="300" w:hRule="atLeast"/>
          <w:tblHeader w:val="0"/>
        </w:trPr>
        <w:tc>
          <w:tcPr>
            <w:vMerge w:val="restart"/>
            <w:shd w:fill="f8f5ed" w:val="clear"/>
            <w:vAlign w:val="center"/>
          </w:tcPr>
          <w:p w:rsidR="00000000" w:rsidDel="00000000" w:rsidP="00000000" w:rsidRDefault="00000000" w:rsidRPr="00000000" w14:paraId="0000011C">
            <w:pPr>
              <w:spacing w:after="0" w:before="0" w:line="240" w:lineRule="auto"/>
              <w:jc w:val="center"/>
              <w:rPr/>
            </w:pPr>
            <w:r w:rsidDel="00000000" w:rsidR="00000000" w:rsidRPr="00000000">
              <w:rPr>
                <w:b w:val="1"/>
                <w:bCs w:val="1"/>
                <w:color w:val="07132a"/>
                <w:rtl w:val="0"/>
              </w:rPr>
              <w:t xml:space="preserve">Team 6</w:t>
            </w:r>
            <w:r w:rsidDel="00000000" w:rsidR="00000000" w:rsidRPr="00000000">
              <w:rPr>
                <w:rtl w:val="0"/>
              </w:rPr>
            </w:r>
          </w:p>
        </w:tc>
        <w:tc>
          <w:tcPr>
            <w:vMerge w:val="restart"/>
            <w:vAlign w:val="center"/>
          </w:tcPr>
          <w:p w:rsidR="00000000" w:rsidDel="00000000" w:rsidP="00000000" w:rsidRDefault="00000000" w:rsidRPr="00000000" w14:paraId="0000011D">
            <w:pPr>
              <w:spacing w:after="0" w:before="0" w:line="240" w:lineRule="auto"/>
              <w:jc w:val="center"/>
              <w:rPr/>
            </w:pPr>
            <w:r w:rsidDel="00000000" w:rsidR="00000000" w:rsidRPr="00000000">
              <w:rPr>
                <w:rtl w:val="0"/>
              </w:rPr>
              <w:t xml:space="preserve">[ ]</w:t>
            </w:r>
          </w:p>
        </w:tc>
        <w:tc>
          <w:tcPr>
            <w:vAlign w:val="center"/>
          </w:tcPr>
          <w:p w:rsidR="00000000" w:rsidDel="00000000" w:rsidP="00000000" w:rsidRDefault="00000000" w:rsidRPr="00000000" w14:paraId="0000011E">
            <w:pPr>
              <w:spacing w:after="0" w:before="0" w:line="240" w:lineRule="auto"/>
              <w:rPr/>
            </w:pPr>
            <w:r w:rsidDel="00000000" w:rsidR="00000000" w:rsidRPr="00000000">
              <w:rPr>
                <w:sz w:val="16"/>
                <w:szCs w:val="16"/>
                <w:rtl w:val="0"/>
              </w:rPr>
              <w:t xml:space="preserve">[Student 1]</w:t>
            </w:r>
            <w:r w:rsidDel="00000000" w:rsidR="00000000" w:rsidRPr="00000000">
              <w:rPr>
                <w:rtl w:val="0"/>
              </w:rPr>
            </w:r>
          </w:p>
        </w:tc>
        <w:tc>
          <w:tcPr>
            <w:vAlign w:val="center"/>
          </w:tcPr>
          <w:p w:rsidR="00000000" w:rsidDel="00000000" w:rsidP="00000000" w:rsidRDefault="00000000" w:rsidRPr="00000000" w14:paraId="0000011F">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0">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1">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2">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5">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128">
            <w:pPr>
              <w:spacing w:after="0" w:before="0" w:line="240" w:lineRule="auto"/>
              <w:rPr/>
            </w:pPr>
            <w:r w:rsidDel="00000000" w:rsidR="00000000" w:rsidRPr="00000000">
              <w:rPr>
                <w:sz w:val="16"/>
                <w:szCs w:val="16"/>
                <w:rtl w:val="0"/>
              </w:rPr>
              <w:t xml:space="preserve">[Student 2]</w:t>
            </w:r>
            <w:r w:rsidDel="00000000" w:rsidR="00000000" w:rsidRPr="00000000">
              <w:rPr>
                <w:rtl w:val="0"/>
              </w:rPr>
            </w:r>
          </w:p>
        </w:tc>
        <w:tc>
          <w:tcPr>
            <w:vAlign w:val="center"/>
          </w:tcPr>
          <w:p w:rsidR="00000000" w:rsidDel="00000000" w:rsidP="00000000" w:rsidRDefault="00000000" w:rsidRPr="00000000" w14:paraId="00000129">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A">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D">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E">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2F">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132">
            <w:pPr>
              <w:spacing w:after="0" w:before="0" w:line="240" w:lineRule="auto"/>
              <w:rPr/>
            </w:pPr>
            <w:r w:rsidDel="00000000" w:rsidR="00000000" w:rsidRPr="00000000">
              <w:rPr>
                <w:sz w:val="16"/>
                <w:szCs w:val="16"/>
                <w:rtl w:val="0"/>
              </w:rPr>
              <w:t xml:space="preserve">[Student 3]</w:t>
            </w:r>
            <w:r w:rsidDel="00000000" w:rsidR="00000000" w:rsidRPr="00000000">
              <w:rPr>
                <w:rtl w:val="0"/>
              </w:rPr>
            </w:r>
          </w:p>
        </w:tc>
        <w:tc>
          <w:tcPr>
            <w:vAlign w:val="center"/>
          </w:tcPr>
          <w:p w:rsidR="00000000" w:rsidDel="00000000" w:rsidP="00000000" w:rsidRDefault="00000000" w:rsidRPr="00000000" w14:paraId="0000013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3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35">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36">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37">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38">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39">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13C">
            <w:pPr>
              <w:spacing w:after="0" w:before="0" w:line="240" w:lineRule="auto"/>
              <w:rPr/>
            </w:pPr>
            <w:r w:rsidDel="00000000" w:rsidR="00000000" w:rsidRPr="00000000">
              <w:rPr>
                <w:sz w:val="16"/>
                <w:szCs w:val="16"/>
                <w:rtl w:val="0"/>
              </w:rPr>
              <w:t xml:space="preserve">[Student 4]</w:t>
            </w:r>
            <w:r w:rsidDel="00000000" w:rsidR="00000000" w:rsidRPr="00000000">
              <w:rPr>
                <w:rtl w:val="0"/>
              </w:rPr>
            </w:r>
          </w:p>
        </w:tc>
        <w:tc>
          <w:tcPr>
            <w:vAlign w:val="center"/>
          </w:tcPr>
          <w:p w:rsidR="00000000" w:rsidDel="00000000" w:rsidP="00000000" w:rsidRDefault="00000000" w:rsidRPr="00000000" w14:paraId="0000013D">
            <w:pPr>
              <w:spacing w:line="240" w:lineRule="auto"/>
              <w:rPr/>
            </w:pPr>
            <w:r w:rsidDel="00000000" w:rsidR="00000000" w:rsidRPr="00000000">
              <w:rPr>
                <w:rtl w:val="0"/>
              </w:rPr>
            </w:r>
          </w:p>
        </w:tc>
        <w:tc>
          <w:tcPr>
            <w:vAlign w:val="center"/>
          </w:tcPr>
          <w:p w:rsidR="00000000" w:rsidDel="00000000" w:rsidP="00000000" w:rsidRDefault="00000000" w:rsidRPr="00000000" w14:paraId="0000013E">
            <w:pPr>
              <w:spacing w:line="240" w:lineRule="auto"/>
              <w:rPr/>
            </w:pPr>
            <w:r w:rsidDel="00000000" w:rsidR="00000000" w:rsidRPr="00000000">
              <w:rPr>
                <w:rtl w:val="0"/>
              </w:rPr>
            </w:r>
          </w:p>
        </w:tc>
        <w:tc>
          <w:tcPr>
            <w:vAlign w:val="center"/>
          </w:tcPr>
          <w:p w:rsidR="00000000" w:rsidDel="00000000" w:rsidP="00000000" w:rsidRDefault="00000000" w:rsidRPr="00000000" w14:paraId="0000013F">
            <w:pPr>
              <w:spacing w:line="240" w:lineRule="auto"/>
              <w:rPr/>
            </w:pPr>
            <w:r w:rsidDel="00000000" w:rsidR="00000000" w:rsidRPr="00000000">
              <w:rPr>
                <w:rtl w:val="0"/>
              </w:rPr>
            </w:r>
          </w:p>
        </w:tc>
        <w:tc>
          <w:tcPr>
            <w:vAlign w:val="center"/>
          </w:tcPr>
          <w:p w:rsidR="00000000" w:rsidDel="00000000" w:rsidP="00000000" w:rsidRDefault="00000000" w:rsidRPr="00000000" w14:paraId="00000140">
            <w:pPr>
              <w:spacing w:line="240" w:lineRule="auto"/>
              <w:rPr/>
            </w:pPr>
            <w:r w:rsidDel="00000000" w:rsidR="00000000" w:rsidRPr="00000000">
              <w:rPr>
                <w:rtl w:val="0"/>
              </w:rPr>
            </w:r>
          </w:p>
        </w:tc>
        <w:tc>
          <w:tcPr>
            <w:vAlign w:val="center"/>
          </w:tcPr>
          <w:p w:rsidR="00000000" w:rsidDel="00000000" w:rsidP="00000000" w:rsidRDefault="00000000" w:rsidRPr="00000000" w14:paraId="00000141">
            <w:pPr>
              <w:spacing w:line="240" w:lineRule="auto"/>
              <w:rPr/>
            </w:pPr>
            <w:r w:rsidDel="00000000" w:rsidR="00000000" w:rsidRPr="00000000">
              <w:rPr>
                <w:rtl w:val="0"/>
              </w:rPr>
            </w:r>
          </w:p>
        </w:tc>
        <w:tc>
          <w:tcPr>
            <w:vAlign w:val="center"/>
          </w:tcPr>
          <w:p w:rsidR="00000000" w:rsidDel="00000000" w:rsidP="00000000" w:rsidRDefault="00000000" w:rsidRPr="00000000" w14:paraId="00000142">
            <w:pPr>
              <w:spacing w:line="240" w:lineRule="auto"/>
              <w:rPr/>
            </w:pPr>
            <w:r w:rsidDel="00000000" w:rsidR="00000000" w:rsidRPr="00000000">
              <w:rPr>
                <w:rtl w:val="0"/>
              </w:rPr>
            </w:r>
          </w:p>
        </w:tc>
        <w:tc>
          <w:tcPr>
            <w:vAlign w:val="center"/>
          </w:tcPr>
          <w:p w:rsidR="00000000" w:rsidDel="00000000" w:rsidP="00000000" w:rsidRDefault="00000000" w:rsidRPr="00000000" w14:paraId="00000143">
            <w:pPr>
              <w:spacing w:line="240" w:lineRule="auto"/>
              <w:rPr/>
            </w:pPr>
            <w:r w:rsidDel="00000000" w:rsidR="00000000" w:rsidRPr="00000000">
              <w:rPr>
                <w:rtl w:val="0"/>
              </w:rPr>
            </w:r>
          </w:p>
        </w:tc>
      </w:tr>
      <w:tr>
        <w:trPr>
          <w:cantSplit w:val="0"/>
          <w:trHeight w:val="300" w:hRule="atLeast"/>
          <w:tblHeader w:val="0"/>
        </w:trPr>
        <w:tc>
          <w:tcPr>
            <w:vMerge w:val="restart"/>
            <w:shd w:fill="f8f5ed" w:val="clear"/>
            <w:vAlign w:val="center"/>
          </w:tcPr>
          <w:p w:rsidR="00000000" w:rsidDel="00000000" w:rsidP="00000000" w:rsidRDefault="00000000" w:rsidRPr="00000000" w14:paraId="00000144">
            <w:pPr>
              <w:spacing w:after="0" w:before="0" w:line="240" w:lineRule="auto"/>
              <w:jc w:val="center"/>
              <w:rPr/>
            </w:pPr>
            <w:r w:rsidDel="00000000" w:rsidR="00000000" w:rsidRPr="00000000">
              <w:rPr>
                <w:b w:val="1"/>
                <w:bCs w:val="1"/>
                <w:color w:val="07132a"/>
                <w:rtl w:val="0"/>
              </w:rPr>
              <w:t xml:space="preserve">Team 7</w:t>
            </w:r>
            <w:r w:rsidDel="00000000" w:rsidR="00000000" w:rsidRPr="00000000">
              <w:rPr>
                <w:rtl w:val="0"/>
              </w:rPr>
            </w:r>
          </w:p>
        </w:tc>
        <w:tc>
          <w:tcPr>
            <w:vMerge w:val="restart"/>
            <w:vAlign w:val="center"/>
          </w:tcPr>
          <w:p w:rsidR="00000000" w:rsidDel="00000000" w:rsidP="00000000" w:rsidRDefault="00000000" w:rsidRPr="00000000" w14:paraId="00000145">
            <w:pPr>
              <w:spacing w:after="0" w:before="0" w:line="240" w:lineRule="auto"/>
              <w:jc w:val="center"/>
              <w:rPr/>
            </w:pPr>
            <w:r w:rsidDel="00000000" w:rsidR="00000000" w:rsidRPr="00000000">
              <w:rPr>
                <w:rtl w:val="0"/>
              </w:rPr>
              <w:t xml:space="preserve">[ ]</w:t>
            </w:r>
          </w:p>
        </w:tc>
        <w:tc>
          <w:tcPr>
            <w:vAlign w:val="center"/>
          </w:tcPr>
          <w:p w:rsidR="00000000" w:rsidDel="00000000" w:rsidP="00000000" w:rsidRDefault="00000000" w:rsidRPr="00000000" w14:paraId="00000146">
            <w:pPr>
              <w:spacing w:after="0" w:before="0" w:line="240" w:lineRule="auto"/>
              <w:rPr/>
            </w:pPr>
            <w:r w:rsidDel="00000000" w:rsidR="00000000" w:rsidRPr="00000000">
              <w:rPr>
                <w:sz w:val="16"/>
                <w:szCs w:val="16"/>
                <w:rtl w:val="0"/>
              </w:rPr>
              <w:t xml:space="preserve">[Student 1]</w:t>
            </w:r>
            <w:r w:rsidDel="00000000" w:rsidR="00000000" w:rsidRPr="00000000">
              <w:rPr>
                <w:rtl w:val="0"/>
              </w:rPr>
            </w:r>
          </w:p>
        </w:tc>
        <w:tc>
          <w:tcPr>
            <w:vAlign w:val="center"/>
          </w:tcPr>
          <w:p w:rsidR="00000000" w:rsidDel="00000000" w:rsidP="00000000" w:rsidRDefault="00000000" w:rsidRPr="00000000" w14:paraId="00000147">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48">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49">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4A">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4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4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4D">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150">
            <w:pPr>
              <w:spacing w:after="0" w:before="0" w:line="240" w:lineRule="auto"/>
              <w:rPr/>
            </w:pPr>
            <w:r w:rsidDel="00000000" w:rsidR="00000000" w:rsidRPr="00000000">
              <w:rPr>
                <w:sz w:val="16"/>
                <w:szCs w:val="16"/>
                <w:rtl w:val="0"/>
              </w:rPr>
              <w:t xml:space="preserve">[Student 2]</w:t>
            </w:r>
            <w:r w:rsidDel="00000000" w:rsidR="00000000" w:rsidRPr="00000000">
              <w:rPr>
                <w:rtl w:val="0"/>
              </w:rPr>
            </w:r>
          </w:p>
        </w:tc>
        <w:tc>
          <w:tcPr>
            <w:vAlign w:val="center"/>
          </w:tcPr>
          <w:p w:rsidR="00000000" w:rsidDel="00000000" w:rsidP="00000000" w:rsidRDefault="00000000" w:rsidRPr="00000000" w14:paraId="00000151">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52">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5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5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55">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56">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57">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15A">
            <w:pPr>
              <w:spacing w:after="0" w:before="0" w:line="240" w:lineRule="auto"/>
              <w:rPr/>
            </w:pPr>
            <w:r w:rsidDel="00000000" w:rsidR="00000000" w:rsidRPr="00000000">
              <w:rPr>
                <w:sz w:val="16"/>
                <w:szCs w:val="16"/>
                <w:rtl w:val="0"/>
              </w:rPr>
              <w:t xml:space="preserve">[Student 3]</w:t>
            </w:r>
            <w:r w:rsidDel="00000000" w:rsidR="00000000" w:rsidRPr="00000000">
              <w:rPr>
                <w:rtl w:val="0"/>
              </w:rPr>
            </w:r>
          </w:p>
        </w:tc>
        <w:tc>
          <w:tcPr>
            <w:vAlign w:val="center"/>
          </w:tcPr>
          <w:p w:rsidR="00000000" w:rsidDel="00000000" w:rsidP="00000000" w:rsidRDefault="00000000" w:rsidRPr="00000000" w14:paraId="0000015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5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5D">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5E">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5F">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60">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61">
            <w:pPr>
              <w:spacing w:after="0" w:before="0" w:line="240" w:lineRule="auto"/>
              <w:rPr/>
            </w:pPr>
            <w:r w:rsidDel="00000000" w:rsidR="00000000" w:rsidRPr="00000000">
              <w:rPr>
                <w:rtl w:val="0"/>
              </w:rPr>
            </w:r>
          </w:p>
        </w:tc>
      </w:tr>
      <w:tr>
        <w:trPr>
          <w:cantSplit w:val="0"/>
          <w:trHeight w:val="300" w:hRule="atLeast"/>
          <w:tblHeader w:val="0"/>
        </w:trPr>
        <w:tc>
          <w:tcPr>
            <w:vMerge w:val="continue"/>
            <w:shd w:fill="f8f5ed" w:val="clear"/>
            <w:vAlign w:val="center"/>
          </w:tcPr>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Merge w:val="continue"/>
            <w:vAlign w:val="center"/>
          </w:tcPr>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vAlign w:val="center"/>
          </w:tcPr>
          <w:p w:rsidR="00000000" w:rsidDel="00000000" w:rsidP="00000000" w:rsidRDefault="00000000" w:rsidRPr="00000000" w14:paraId="00000164">
            <w:pPr>
              <w:spacing w:after="0" w:before="0" w:line="240" w:lineRule="auto"/>
              <w:rPr/>
            </w:pPr>
            <w:r w:rsidDel="00000000" w:rsidR="00000000" w:rsidRPr="00000000">
              <w:rPr>
                <w:sz w:val="16"/>
                <w:szCs w:val="16"/>
                <w:rtl w:val="0"/>
              </w:rPr>
              <w:t xml:space="preserve">[Student 4]</w:t>
            </w:r>
            <w:r w:rsidDel="00000000" w:rsidR="00000000" w:rsidRPr="00000000">
              <w:rPr>
                <w:rtl w:val="0"/>
              </w:rPr>
            </w:r>
          </w:p>
        </w:tc>
        <w:tc>
          <w:tcPr>
            <w:vAlign w:val="center"/>
          </w:tcPr>
          <w:p w:rsidR="00000000" w:rsidDel="00000000" w:rsidP="00000000" w:rsidRDefault="00000000" w:rsidRPr="00000000" w14:paraId="00000165">
            <w:pPr>
              <w:spacing w:line="240" w:lineRule="auto"/>
              <w:rPr/>
            </w:pPr>
            <w:r w:rsidDel="00000000" w:rsidR="00000000" w:rsidRPr="00000000">
              <w:rPr>
                <w:rtl w:val="0"/>
              </w:rPr>
            </w:r>
          </w:p>
        </w:tc>
        <w:tc>
          <w:tcPr>
            <w:vAlign w:val="center"/>
          </w:tcPr>
          <w:p w:rsidR="00000000" w:rsidDel="00000000" w:rsidP="00000000" w:rsidRDefault="00000000" w:rsidRPr="00000000" w14:paraId="00000166">
            <w:pPr>
              <w:spacing w:line="240" w:lineRule="auto"/>
              <w:rPr/>
            </w:pPr>
            <w:r w:rsidDel="00000000" w:rsidR="00000000" w:rsidRPr="00000000">
              <w:rPr>
                <w:rtl w:val="0"/>
              </w:rPr>
            </w:r>
          </w:p>
        </w:tc>
        <w:tc>
          <w:tcPr>
            <w:vAlign w:val="center"/>
          </w:tcPr>
          <w:p w:rsidR="00000000" w:rsidDel="00000000" w:rsidP="00000000" w:rsidRDefault="00000000" w:rsidRPr="00000000" w14:paraId="00000167">
            <w:pPr>
              <w:spacing w:line="240" w:lineRule="auto"/>
              <w:rPr/>
            </w:pPr>
            <w:r w:rsidDel="00000000" w:rsidR="00000000" w:rsidRPr="00000000">
              <w:rPr>
                <w:rtl w:val="0"/>
              </w:rPr>
            </w:r>
          </w:p>
        </w:tc>
        <w:tc>
          <w:tcPr>
            <w:vAlign w:val="center"/>
          </w:tcPr>
          <w:p w:rsidR="00000000" w:rsidDel="00000000" w:rsidP="00000000" w:rsidRDefault="00000000" w:rsidRPr="00000000" w14:paraId="00000168">
            <w:pPr>
              <w:spacing w:line="240" w:lineRule="auto"/>
              <w:rPr/>
            </w:pPr>
            <w:r w:rsidDel="00000000" w:rsidR="00000000" w:rsidRPr="00000000">
              <w:rPr>
                <w:rtl w:val="0"/>
              </w:rPr>
            </w:r>
          </w:p>
        </w:tc>
        <w:tc>
          <w:tcPr>
            <w:vAlign w:val="center"/>
          </w:tcPr>
          <w:p w:rsidR="00000000" w:rsidDel="00000000" w:rsidP="00000000" w:rsidRDefault="00000000" w:rsidRPr="00000000" w14:paraId="00000169">
            <w:pPr>
              <w:spacing w:line="240" w:lineRule="auto"/>
              <w:rPr/>
            </w:pPr>
            <w:r w:rsidDel="00000000" w:rsidR="00000000" w:rsidRPr="00000000">
              <w:rPr>
                <w:rtl w:val="0"/>
              </w:rPr>
            </w:r>
          </w:p>
        </w:tc>
        <w:tc>
          <w:tcPr>
            <w:vAlign w:val="center"/>
          </w:tcPr>
          <w:p w:rsidR="00000000" w:rsidDel="00000000" w:rsidP="00000000" w:rsidRDefault="00000000" w:rsidRPr="00000000" w14:paraId="0000016A">
            <w:pPr>
              <w:spacing w:line="240" w:lineRule="auto"/>
              <w:rPr/>
            </w:pPr>
            <w:r w:rsidDel="00000000" w:rsidR="00000000" w:rsidRPr="00000000">
              <w:rPr>
                <w:rtl w:val="0"/>
              </w:rPr>
            </w:r>
          </w:p>
        </w:tc>
        <w:tc>
          <w:tcPr>
            <w:vAlign w:val="center"/>
          </w:tcPr>
          <w:p w:rsidR="00000000" w:rsidDel="00000000" w:rsidP="00000000" w:rsidRDefault="00000000" w:rsidRPr="00000000" w14:paraId="0000016B">
            <w:pPr>
              <w:spacing w:line="240" w:lineRule="auto"/>
              <w:rPr/>
            </w:pPr>
            <w:r w:rsidDel="00000000" w:rsidR="00000000" w:rsidRPr="00000000">
              <w:rPr>
                <w:rtl w:val="0"/>
              </w:rPr>
            </w:r>
          </w:p>
        </w:tc>
      </w:tr>
    </w:tbl>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br w:type="page"/>
      </w:r>
      <w:r w:rsidDel="00000000" w:rsidR="00000000" w:rsidRPr="00000000">
        <w:rPr>
          <w:rtl w:val="0"/>
        </w:rPr>
      </w:r>
    </w:p>
    <w:tbl>
      <w:tblPr>
        <w:tblStyle w:val="Table10"/>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blHeader w:val="0"/>
        </w:trPr>
        <w:tc>
          <w:tcPr>
            <w:shd w:fill="07132a" w:val="clear"/>
            <w:vAlign w:val="center"/>
          </w:tcPr>
          <w:p w:rsidR="00000000" w:rsidDel="00000000" w:rsidP="00000000" w:rsidRDefault="00000000" w:rsidRPr="00000000" w14:paraId="0000016E">
            <w:pPr>
              <w:spacing w:after="0" w:before="0" w:line="240" w:lineRule="auto"/>
              <w:rPr/>
            </w:pPr>
            <w:r w:rsidDel="00000000" w:rsidR="00000000" w:rsidRPr="00000000">
              <w:rPr>
                <w:rFonts w:ascii="Cinzel" w:cs="Cinzel" w:eastAsia="Cinzel" w:hAnsi="Cinzel"/>
                <w:b w:val="1"/>
                <w:bCs w:val="1"/>
                <w:color w:val="e2c46f"/>
                <w:sz w:val="20"/>
                <w:szCs w:val="20"/>
                <w:rtl w:val="0"/>
              </w:rPr>
              <w:t xml:space="preserve">5. SCHOOL STAFF, COACHES, OR ACCOMPANYING ADULTS</w:t>
            </w:r>
            <w:r w:rsidDel="00000000" w:rsidR="00000000" w:rsidRPr="00000000">
              <w:rPr>
                <w:rtl w:val="0"/>
              </w:rPr>
            </w:r>
          </w:p>
        </w:tc>
      </w:tr>
    </w:tbl>
    <w:p w:rsidR="00000000" w:rsidDel="00000000" w:rsidP="00000000" w:rsidRDefault="00000000" w:rsidRPr="00000000" w14:paraId="0000016F">
      <w:pPr>
        <w:spacing w:after="80" w:before="40" w:lineRule="auto"/>
        <w:rPr/>
      </w:pPr>
      <w:r w:rsidDel="00000000" w:rsidR="00000000" w:rsidRPr="00000000">
        <w:rPr>
          <w:i w:val="1"/>
          <w:iCs w:val="1"/>
          <w:sz w:val="17"/>
          <w:szCs w:val="17"/>
          <w:rtl w:val="0"/>
        </w:rPr>
        <w:t xml:space="preserve">List teachers, coaches, or approved adult representatives travelling with the delegation (you can add more at a later date).</w:t>
      </w:r>
      <w:r w:rsidDel="00000000" w:rsidR="00000000" w:rsidRPr="00000000">
        <w:rPr>
          <w:rtl w:val="0"/>
        </w:rPr>
      </w:r>
    </w:p>
    <w:tbl>
      <w:tblPr>
        <w:tblStyle w:val="Table11"/>
        <w:tblW w:w="1454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09"/>
        <w:gridCol w:w="2909"/>
        <w:gridCol w:w="2909"/>
        <w:gridCol w:w="2909"/>
        <w:gridCol w:w="2909"/>
        <w:tblGridChange w:id="0">
          <w:tblGrid>
            <w:gridCol w:w="2909"/>
            <w:gridCol w:w="2909"/>
            <w:gridCol w:w="2909"/>
            <w:gridCol w:w="2909"/>
            <w:gridCol w:w="2909"/>
          </w:tblGrid>
        </w:tblGridChange>
      </w:tblGrid>
      <w:tr>
        <w:trPr>
          <w:cantSplit w:val="0"/>
          <w:tblHeader w:val="0"/>
        </w:trPr>
        <w:tc>
          <w:tcPr>
            <w:shd w:fill="f6f1e6" w:val="clear"/>
            <w:vAlign w:val="center"/>
          </w:tcPr>
          <w:p w:rsidR="00000000" w:rsidDel="00000000" w:rsidP="00000000" w:rsidRDefault="00000000" w:rsidRPr="00000000" w14:paraId="00000170">
            <w:pPr>
              <w:spacing w:after="0" w:before="0" w:line="240" w:lineRule="auto"/>
              <w:rPr/>
            </w:pPr>
            <w:r w:rsidDel="00000000" w:rsidR="00000000" w:rsidRPr="00000000">
              <w:rPr>
                <w:b w:val="1"/>
                <w:bCs w:val="1"/>
                <w:color w:val="07132a"/>
                <w:rtl w:val="0"/>
              </w:rPr>
              <w:t xml:space="preserve">First name</w:t>
            </w:r>
            <w:r w:rsidDel="00000000" w:rsidR="00000000" w:rsidRPr="00000000">
              <w:rPr>
                <w:rtl w:val="0"/>
              </w:rPr>
            </w:r>
          </w:p>
        </w:tc>
        <w:tc>
          <w:tcPr>
            <w:shd w:fill="f6f1e6" w:val="clear"/>
            <w:vAlign w:val="center"/>
          </w:tcPr>
          <w:p w:rsidR="00000000" w:rsidDel="00000000" w:rsidP="00000000" w:rsidRDefault="00000000" w:rsidRPr="00000000" w14:paraId="00000171">
            <w:pPr>
              <w:spacing w:after="0" w:before="0" w:line="240" w:lineRule="auto"/>
              <w:rPr/>
            </w:pPr>
            <w:r w:rsidDel="00000000" w:rsidR="00000000" w:rsidRPr="00000000">
              <w:rPr>
                <w:b w:val="1"/>
                <w:bCs w:val="1"/>
                <w:color w:val="07132a"/>
                <w:rtl w:val="0"/>
              </w:rPr>
              <w:t xml:space="preserve">Last name</w:t>
            </w:r>
            <w:r w:rsidDel="00000000" w:rsidR="00000000" w:rsidRPr="00000000">
              <w:rPr>
                <w:rtl w:val="0"/>
              </w:rPr>
            </w:r>
          </w:p>
        </w:tc>
        <w:tc>
          <w:tcPr>
            <w:shd w:fill="f6f1e6" w:val="clear"/>
            <w:vAlign w:val="center"/>
          </w:tcPr>
          <w:p w:rsidR="00000000" w:rsidDel="00000000" w:rsidP="00000000" w:rsidRDefault="00000000" w:rsidRPr="00000000" w14:paraId="00000172">
            <w:pPr>
              <w:spacing w:after="0" w:before="0" w:line="240" w:lineRule="auto"/>
              <w:rPr/>
            </w:pPr>
            <w:r w:rsidDel="00000000" w:rsidR="00000000" w:rsidRPr="00000000">
              <w:rPr>
                <w:b w:val="1"/>
                <w:bCs w:val="1"/>
                <w:color w:val="07132a"/>
                <w:rtl w:val="0"/>
              </w:rPr>
              <w:t xml:space="preserve">Email address</w:t>
            </w:r>
            <w:r w:rsidDel="00000000" w:rsidR="00000000" w:rsidRPr="00000000">
              <w:rPr>
                <w:rtl w:val="0"/>
              </w:rPr>
            </w:r>
          </w:p>
        </w:tc>
        <w:tc>
          <w:tcPr>
            <w:shd w:fill="f6f1e6" w:val="clear"/>
            <w:vAlign w:val="center"/>
          </w:tcPr>
          <w:p w:rsidR="00000000" w:rsidDel="00000000" w:rsidP="00000000" w:rsidRDefault="00000000" w:rsidRPr="00000000" w14:paraId="00000173">
            <w:pPr>
              <w:spacing w:after="0" w:before="0" w:line="240" w:lineRule="auto"/>
              <w:rPr/>
            </w:pPr>
            <w:r w:rsidDel="00000000" w:rsidR="00000000" w:rsidRPr="00000000">
              <w:rPr>
                <w:b w:val="1"/>
                <w:bCs w:val="1"/>
                <w:color w:val="07132a"/>
                <w:rtl w:val="0"/>
              </w:rPr>
              <w:t xml:space="preserve">Mobile number</w:t>
            </w:r>
            <w:r w:rsidDel="00000000" w:rsidR="00000000" w:rsidRPr="00000000">
              <w:rPr>
                <w:rtl w:val="0"/>
              </w:rPr>
            </w:r>
          </w:p>
        </w:tc>
        <w:tc>
          <w:tcPr>
            <w:shd w:fill="f6f1e6" w:val="clear"/>
            <w:vAlign w:val="center"/>
          </w:tcPr>
          <w:p w:rsidR="00000000" w:rsidDel="00000000" w:rsidP="00000000" w:rsidRDefault="00000000" w:rsidRPr="00000000" w14:paraId="00000174">
            <w:pPr>
              <w:spacing w:after="0" w:before="0" w:line="240" w:lineRule="auto"/>
              <w:rPr/>
            </w:pPr>
            <w:r w:rsidDel="00000000" w:rsidR="00000000" w:rsidRPr="00000000">
              <w:rPr>
                <w:b w:val="1"/>
                <w:bCs w:val="1"/>
                <w:color w:val="07132a"/>
                <w:rtl w:val="0"/>
              </w:rPr>
              <w:t xml:space="preserve">Role / notes</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75">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76">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77">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78">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79">
            <w:pPr>
              <w:spacing w:after="0" w:before="0" w:line="240" w:lineRule="auto"/>
              <w:rPr/>
            </w:pPr>
            <w:r w:rsidDel="00000000" w:rsidR="00000000" w:rsidRPr="00000000">
              <w:rPr>
                <w:i w:val="1"/>
                <w:iCs w:val="1"/>
                <w:rtl w:val="0"/>
              </w:rPr>
              <w:t xml:space="preserve">[Optional]</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7A">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7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7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7D">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7E">
            <w:pPr>
              <w:spacing w:after="0" w:before="0" w:line="240" w:lineRule="auto"/>
              <w:rPr/>
            </w:pPr>
            <w:r w:rsidDel="00000000" w:rsidR="00000000" w:rsidRPr="00000000">
              <w:rPr>
                <w:i w:val="1"/>
                <w:iCs w:val="1"/>
                <w:rtl w:val="0"/>
              </w:rPr>
              <w:t xml:space="preserve">[Optional]</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7F">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80">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81">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82">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83">
            <w:pPr>
              <w:spacing w:after="0" w:before="0" w:line="240" w:lineRule="auto"/>
              <w:rPr/>
            </w:pPr>
            <w:r w:rsidDel="00000000" w:rsidR="00000000" w:rsidRPr="00000000">
              <w:rPr>
                <w:i w:val="1"/>
                <w:iCs w:val="1"/>
                <w:rtl w:val="0"/>
              </w:rPr>
              <w:t xml:space="preserve">[Optional]</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8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85">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86">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87">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88">
            <w:pPr>
              <w:spacing w:after="0" w:before="0" w:line="240" w:lineRule="auto"/>
              <w:rPr/>
            </w:pPr>
            <w:r w:rsidDel="00000000" w:rsidR="00000000" w:rsidRPr="00000000">
              <w:rPr>
                <w:i w:val="1"/>
                <w:iCs w:val="1"/>
                <w:rtl w:val="0"/>
              </w:rPr>
              <w:t xml:space="preserve">[Optional]</w:t>
            </w:r>
            <w:r w:rsidDel="00000000" w:rsidR="00000000" w:rsidRPr="00000000">
              <w:rPr>
                <w:rtl w:val="0"/>
              </w:rPr>
            </w:r>
          </w:p>
        </w:tc>
      </w:tr>
    </w:tbl>
    <w:p w:rsidR="00000000" w:rsidDel="00000000" w:rsidP="00000000" w:rsidRDefault="00000000" w:rsidRPr="00000000" w14:paraId="00000189">
      <w:pPr>
        <w:spacing w:after="120" w:before="0" w:lineRule="auto"/>
        <w:rPr/>
      </w:pPr>
      <w:r w:rsidDel="00000000" w:rsidR="00000000" w:rsidRPr="00000000">
        <w:rPr>
          <w:rtl w:val="0"/>
        </w:rPr>
      </w:r>
    </w:p>
    <w:tbl>
      <w:tblPr>
        <w:tblStyle w:val="Table12"/>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blHeader w:val="0"/>
        </w:trPr>
        <w:tc>
          <w:tcPr>
            <w:shd w:fill="07132a" w:val="clear"/>
            <w:vAlign w:val="center"/>
          </w:tcPr>
          <w:p w:rsidR="00000000" w:rsidDel="00000000" w:rsidP="00000000" w:rsidRDefault="00000000" w:rsidRPr="00000000" w14:paraId="0000018A">
            <w:pPr>
              <w:spacing w:after="0" w:before="0" w:line="240" w:lineRule="auto"/>
              <w:ind w:left="0" w:right="0" w:firstLine="0"/>
              <w:jc w:val="left"/>
              <w:rPr/>
            </w:pPr>
            <w:r w:rsidDel="00000000" w:rsidR="00000000" w:rsidRPr="00000000">
              <w:rPr>
                <w:rFonts w:ascii="Cinzel" w:cs="Cinzel" w:eastAsia="Cinzel" w:hAnsi="Cinzel"/>
                <w:b w:val="1"/>
                <w:bCs w:val="1"/>
                <w:color w:val="e2c46f"/>
                <w:sz w:val="20"/>
                <w:szCs w:val="20"/>
                <w:rtl w:val="0"/>
              </w:rPr>
              <w:t xml:space="preserve">6. Required STEM Pitch Judge</w:t>
            </w:r>
            <w:r w:rsidDel="00000000" w:rsidR="00000000" w:rsidRPr="00000000">
              <w:rPr>
                <w:rtl w:val="0"/>
              </w:rPr>
            </w:r>
          </w:p>
        </w:tc>
      </w:tr>
    </w:tbl>
    <w:p w:rsidR="00000000" w:rsidDel="00000000" w:rsidP="00000000" w:rsidRDefault="00000000" w:rsidRPr="00000000" w14:paraId="0000018B">
      <w:pPr>
        <w:spacing w:after="80" w:before="40" w:lineRule="auto"/>
        <w:rPr/>
      </w:pPr>
      <w:r w:rsidDel="00000000" w:rsidR="00000000" w:rsidRPr="00000000">
        <w:rPr>
          <w:i w:val="1"/>
          <w:iCs w:val="1"/>
          <w:sz w:val="17"/>
          <w:szCs w:val="17"/>
          <w:rtl w:val="0"/>
        </w:rPr>
        <w:t xml:space="preserve">You must designate at least one adult to represent the delegation as a pitch judge. Delegations with more than two teams must register at least one adult for every six teams in order for all their teams to be entered in the debates. Training takes place at the event. At two-day rounds, they are only needed on Day 1.</w:t>
      </w:r>
      <w:r w:rsidDel="00000000" w:rsidR="00000000" w:rsidRPr="00000000">
        <w:rPr>
          <w:rtl w:val="0"/>
        </w:rPr>
      </w:r>
    </w:p>
    <w:tbl>
      <w:tblPr>
        <w:tblStyle w:val="Table13"/>
        <w:tblW w:w="1454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09"/>
        <w:gridCol w:w="2909"/>
        <w:gridCol w:w="2909"/>
        <w:gridCol w:w="2909"/>
        <w:gridCol w:w="2909"/>
        <w:tblGridChange w:id="0">
          <w:tblGrid>
            <w:gridCol w:w="2909"/>
            <w:gridCol w:w="2909"/>
            <w:gridCol w:w="2909"/>
            <w:gridCol w:w="2909"/>
            <w:gridCol w:w="2909"/>
          </w:tblGrid>
        </w:tblGridChange>
      </w:tblGrid>
      <w:tr>
        <w:trPr>
          <w:cantSplit w:val="0"/>
          <w:tblHeader w:val="0"/>
        </w:trPr>
        <w:tc>
          <w:tcPr>
            <w:shd w:fill="f6f1e6" w:val="clear"/>
            <w:vAlign w:val="center"/>
          </w:tcPr>
          <w:p w:rsidR="00000000" w:rsidDel="00000000" w:rsidP="00000000" w:rsidRDefault="00000000" w:rsidRPr="00000000" w14:paraId="0000018C">
            <w:pPr>
              <w:spacing w:after="0" w:before="0" w:line="240" w:lineRule="auto"/>
              <w:rPr/>
            </w:pPr>
            <w:r w:rsidDel="00000000" w:rsidR="00000000" w:rsidRPr="00000000">
              <w:rPr>
                <w:b w:val="1"/>
                <w:bCs w:val="1"/>
                <w:color w:val="07132a"/>
                <w:rtl w:val="0"/>
              </w:rPr>
              <w:t xml:space="preserve">First name</w:t>
            </w:r>
            <w:r w:rsidDel="00000000" w:rsidR="00000000" w:rsidRPr="00000000">
              <w:rPr>
                <w:rtl w:val="0"/>
              </w:rPr>
            </w:r>
          </w:p>
        </w:tc>
        <w:tc>
          <w:tcPr>
            <w:shd w:fill="f6f1e6" w:val="clear"/>
            <w:vAlign w:val="center"/>
          </w:tcPr>
          <w:p w:rsidR="00000000" w:rsidDel="00000000" w:rsidP="00000000" w:rsidRDefault="00000000" w:rsidRPr="00000000" w14:paraId="0000018D">
            <w:pPr>
              <w:spacing w:after="0" w:before="0" w:line="240" w:lineRule="auto"/>
              <w:rPr/>
            </w:pPr>
            <w:r w:rsidDel="00000000" w:rsidR="00000000" w:rsidRPr="00000000">
              <w:rPr>
                <w:b w:val="1"/>
                <w:bCs w:val="1"/>
                <w:color w:val="07132a"/>
                <w:rtl w:val="0"/>
              </w:rPr>
              <w:t xml:space="preserve">Last name</w:t>
            </w:r>
            <w:r w:rsidDel="00000000" w:rsidR="00000000" w:rsidRPr="00000000">
              <w:rPr>
                <w:rtl w:val="0"/>
              </w:rPr>
            </w:r>
          </w:p>
        </w:tc>
        <w:tc>
          <w:tcPr>
            <w:shd w:fill="f6f1e6" w:val="clear"/>
            <w:vAlign w:val="center"/>
          </w:tcPr>
          <w:p w:rsidR="00000000" w:rsidDel="00000000" w:rsidP="00000000" w:rsidRDefault="00000000" w:rsidRPr="00000000" w14:paraId="0000018E">
            <w:pPr>
              <w:spacing w:after="0" w:before="0" w:line="240" w:lineRule="auto"/>
              <w:rPr/>
            </w:pPr>
            <w:r w:rsidDel="00000000" w:rsidR="00000000" w:rsidRPr="00000000">
              <w:rPr>
                <w:b w:val="1"/>
                <w:bCs w:val="1"/>
                <w:color w:val="07132a"/>
                <w:rtl w:val="0"/>
              </w:rPr>
              <w:t xml:space="preserve">Email address</w:t>
            </w:r>
            <w:r w:rsidDel="00000000" w:rsidR="00000000" w:rsidRPr="00000000">
              <w:rPr>
                <w:rtl w:val="0"/>
              </w:rPr>
            </w:r>
          </w:p>
        </w:tc>
        <w:tc>
          <w:tcPr>
            <w:shd w:fill="f6f1e6" w:val="clear"/>
            <w:vAlign w:val="center"/>
          </w:tcPr>
          <w:p w:rsidR="00000000" w:rsidDel="00000000" w:rsidP="00000000" w:rsidRDefault="00000000" w:rsidRPr="00000000" w14:paraId="0000018F">
            <w:pPr>
              <w:spacing w:after="0" w:before="0" w:line="240" w:lineRule="auto"/>
              <w:rPr/>
            </w:pPr>
            <w:r w:rsidDel="00000000" w:rsidR="00000000" w:rsidRPr="00000000">
              <w:rPr>
                <w:b w:val="1"/>
                <w:bCs w:val="1"/>
                <w:color w:val="07132a"/>
                <w:rtl w:val="0"/>
              </w:rPr>
              <w:t xml:space="preserve">Mobile number</w:t>
            </w:r>
            <w:r w:rsidDel="00000000" w:rsidR="00000000" w:rsidRPr="00000000">
              <w:rPr>
                <w:rtl w:val="0"/>
              </w:rPr>
            </w:r>
          </w:p>
        </w:tc>
        <w:tc>
          <w:tcPr>
            <w:shd w:fill="f6f1e6" w:val="clear"/>
            <w:vAlign w:val="center"/>
          </w:tcPr>
          <w:p w:rsidR="00000000" w:rsidDel="00000000" w:rsidP="00000000" w:rsidRDefault="00000000" w:rsidRPr="00000000" w14:paraId="00000190">
            <w:pPr>
              <w:spacing w:after="0" w:before="0" w:line="240" w:lineRule="auto"/>
              <w:rPr/>
            </w:pPr>
            <w:r w:rsidDel="00000000" w:rsidR="00000000" w:rsidRPr="00000000">
              <w:rPr>
                <w:b w:val="1"/>
                <w:bCs w:val="1"/>
                <w:color w:val="07132a"/>
                <w:rtl w:val="0"/>
              </w:rPr>
              <w:t xml:space="preserve">Support area / availability</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91">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2">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4">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5">
            <w:pPr>
              <w:spacing w:after="0" w:before="0" w:line="240" w:lineRule="auto"/>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196">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7">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8">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9">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A">
            <w:pPr>
              <w:spacing w:after="0" w:before="0" w:line="240" w:lineRule="auto"/>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19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D">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E">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9F">
            <w:pPr>
              <w:spacing w:after="0" w:before="0" w:line="240" w:lineRule="auto"/>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1A0">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A1">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A2">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A3">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A4">
            <w:pPr>
              <w:spacing w:after="0" w:before="0" w:line="240" w:lineRule="auto"/>
              <w:rPr/>
            </w:pPr>
            <w:r w:rsidDel="00000000" w:rsidR="00000000" w:rsidRPr="00000000">
              <w:rPr>
                <w:rtl w:val="0"/>
              </w:rPr>
            </w:r>
          </w:p>
        </w:tc>
      </w:tr>
    </w:tbl>
    <w:p w:rsidR="00000000" w:rsidDel="00000000" w:rsidP="00000000" w:rsidRDefault="00000000" w:rsidRPr="00000000" w14:paraId="000001A5">
      <w:pPr>
        <w:spacing w:after="120" w:before="0" w:lineRule="auto"/>
        <w:rPr/>
      </w:pPr>
      <w:r w:rsidDel="00000000" w:rsidR="00000000" w:rsidRPr="00000000">
        <w:rPr>
          <w:rtl w:val="0"/>
        </w:rPr>
      </w:r>
    </w:p>
    <w:tbl>
      <w:tblPr>
        <w:tblStyle w:val="Table14"/>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blHeader w:val="0"/>
        </w:trPr>
        <w:tc>
          <w:tcPr>
            <w:shd w:fill="07132a" w:val="clear"/>
            <w:vAlign w:val="center"/>
          </w:tcPr>
          <w:p w:rsidR="00000000" w:rsidDel="00000000" w:rsidP="00000000" w:rsidRDefault="00000000" w:rsidRPr="00000000" w14:paraId="000001A6">
            <w:pPr>
              <w:spacing w:after="0" w:before="0" w:line="240" w:lineRule="auto"/>
              <w:rPr/>
            </w:pPr>
            <w:r w:rsidDel="00000000" w:rsidR="00000000" w:rsidRPr="00000000">
              <w:rPr>
                <w:rFonts w:ascii="Cinzel" w:cs="Cinzel" w:eastAsia="Cinzel" w:hAnsi="Cinzel"/>
                <w:b w:val="1"/>
                <w:bCs w:val="1"/>
                <w:color w:val="e2c46f"/>
                <w:sz w:val="20"/>
                <w:szCs w:val="20"/>
                <w:rtl w:val="0"/>
              </w:rPr>
              <w:t xml:space="preserve">7. ADDITIONAL ACCOMMODATIONS</w:t>
            </w:r>
            <w:r w:rsidDel="00000000" w:rsidR="00000000" w:rsidRPr="00000000">
              <w:rPr>
                <w:rtl w:val="0"/>
              </w:rPr>
            </w:r>
          </w:p>
        </w:tc>
      </w:tr>
    </w:tbl>
    <w:p w:rsidR="00000000" w:rsidDel="00000000" w:rsidP="00000000" w:rsidRDefault="00000000" w:rsidRPr="00000000" w14:paraId="000001A7">
      <w:pPr>
        <w:spacing w:after="80" w:before="40" w:lineRule="auto"/>
        <w:rPr/>
      </w:pPr>
      <w:r w:rsidDel="00000000" w:rsidR="00000000" w:rsidRPr="00000000">
        <w:rPr>
          <w:i w:val="1"/>
          <w:iCs w:val="1"/>
          <w:sz w:val="17"/>
          <w:szCs w:val="17"/>
          <w:rtl w:val="0"/>
        </w:rPr>
        <w:t xml:space="preserve">Record dietary needs, accessibility requirements, medical considerations, or other important logistical information for students or staff.</w:t>
      </w:r>
      <w:r w:rsidDel="00000000" w:rsidR="00000000" w:rsidRPr="00000000">
        <w:rPr>
          <w:rtl w:val="0"/>
        </w:rPr>
      </w:r>
    </w:p>
    <w:tbl>
      <w:tblPr>
        <w:tblStyle w:val="Table15"/>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rHeight w:val="504" w:hRule="atLeast"/>
          <w:tblHeader w:val="0"/>
        </w:trPr>
        <w:tc>
          <w:tcPr>
            <w:vAlign w:val="center"/>
          </w:tcPr>
          <w:p w:rsidR="00000000" w:rsidDel="00000000" w:rsidP="00000000" w:rsidRDefault="00000000" w:rsidRPr="00000000" w14:paraId="000001A8">
            <w:pPr>
              <w:spacing w:after="0" w:before="0" w:line="240" w:lineRule="auto"/>
              <w:rPr/>
            </w:pPr>
            <w:r w:rsidDel="00000000" w:rsidR="00000000" w:rsidRPr="00000000">
              <w:rPr>
                <w:i w:val="1"/>
                <w:iCs w:val="1"/>
                <w:rtl w:val="0"/>
              </w:rPr>
              <w:t xml:space="preserve">[Insert details here]</w:t>
            </w:r>
            <w:r w:rsidDel="00000000" w:rsidR="00000000" w:rsidRPr="00000000">
              <w:rPr>
                <w:rtl w:val="0"/>
              </w:rPr>
            </w:r>
          </w:p>
        </w:tc>
      </w:tr>
      <w:tr>
        <w:trPr>
          <w:cantSplit w:val="0"/>
          <w:trHeight w:val="504" w:hRule="atLeast"/>
          <w:tblHeader w:val="0"/>
        </w:trPr>
        <w:tc>
          <w:tcPr>
            <w:vAlign w:val="center"/>
          </w:tcPr>
          <w:p w:rsidR="00000000" w:rsidDel="00000000" w:rsidP="00000000" w:rsidRDefault="00000000" w:rsidRPr="00000000" w14:paraId="000001A9">
            <w:pPr>
              <w:spacing w:after="0" w:before="0" w:line="240" w:lineRule="auto"/>
              <w:rPr/>
            </w:pPr>
            <w:r w:rsidDel="00000000" w:rsidR="00000000" w:rsidRPr="00000000">
              <w:rPr>
                <w:rtl w:val="0"/>
              </w:rPr>
            </w:r>
          </w:p>
        </w:tc>
      </w:tr>
      <w:tr>
        <w:trPr>
          <w:cantSplit w:val="0"/>
          <w:trHeight w:val="504" w:hRule="atLeast"/>
          <w:tblHeader w:val="0"/>
        </w:trPr>
        <w:tc>
          <w:tcPr>
            <w:vAlign w:val="center"/>
          </w:tcPr>
          <w:p w:rsidR="00000000" w:rsidDel="00000000" w:rsidP="00000000" w:rsidRDefault="00000000" w:rsidRPr="00000000" w14:paraId="000001AA">
            <w:pPr>
              <w:spacing w:after="0" w:before="0" w:line="240" w:lineRule="auto"/>
              <w:rPr/>
            </w:pPr>
            <w:r w:rsidDel="00000000" w:rsidR="00000000" w:rsidRPr="00000000">
              <w:rPr>
                <w:rtl w:val="0"/>
              </w:rPr>
            </w:r>
          </w:p>
        </w:tc>
      </w:tr>
    </w:tbl>
    <w:p w:rsidR="00000000" w:rsidDel="00000000" w:rsidP="00000000" w:rsidRDefault="00000000" w:rsidRPr="00000000" w14:paraId="000001AB">
      <w:pPr>
        <w:rPr/>
      </w:pPr>
      <w:r w:rsidDel="00000000" w:rsidR="00000000" w:rsidRPr="00000000">
        <w:br w:type="page"/>
      </w:r>
      <w:r w:rsidDel="00000000" w:rsidR="00000000" w:rsidRPr="00000000">
        <w:rPr>
          <w:rtl w:val="0"/>
        </w:rPr>
      </w:r>
    </w:p>
    <w:tbl>
      <w:tblPr>
        <w:tblStyle w:val="Table16"/>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blHeader w:val="0"/>
        </w:trPr>
        <w:tc>
          <w:tcPr>
            <w:shd w:fill="07132a" w:val="clear"/>
            <w:vAlign w:val="center"/>
          </w:tcPr>
          <w:p w:rsidR="00000000" w:rsidDel="00000000" w:rsidP="00000000" w:rsidRDefault="00000000" w:rsidRPr="00000000" w14:paraId="000001AC">
            <w:pPr>
              <w:spacing w:after="0" w:before="0" w:line="240" w:lineRule="auto"/>
              <w:rPr/>
            </w:pPr>
            <w:r w:rsidDel="00000000" w:rsidR="00000000" w:rsidRPr="00000000">
              <w:rPr>
                <w:rFonts w:ascii="Cinzel" w:cs="Cinzel" w:eastAsia="Cinzel" w:hAnsi="Cinzel"/>
                <w:b w:val="1"/>
                <w:bCs w:val="1"/>
                <w:color w:val="e2c46f"/>
                <w:sz w:val="20"/>
                <w:szCs w:val="20"/>
                <w:rtl w:val="0"/>
              </w:rPr>
              <w:t xml:space="preserve">8. REGISTRATION FEE SUMMARY</w:t>
            </w:r>
            <w:r w:rsidDel="00000000" w:rsidR="00000000" w:rsidRPr="00000000">
              <w:rPr>
                <w:rtl w:val="0"/>
              </w:rPr>
            </w:r>
          </w:p>
        </w:tc>
      </w:tr>
    </w:tbl>
    <w:p w:rsidR="00000000" w:rsidDel="00000000" w:rsidP="00000000" w:rsidRDefault="00000000" w:rsidRPr="00000000" w14:paraId="000001AD">
      <w:pPr>
        <w:spacing w:after="80" w:before="40" w:lineRule="auto"/>
        <w:rPr/>
      </w:pPr>
      <w:r w:rsidDel="00000000" w:rsidR="00000000" w:rsidRPr="00000000">
        <w:rPr>
          <w:i w:val="1"/>
          <w:iCs w:val="1"/>
          <w:sz w:val="17"/>
          <w:szCs w:val="17"/>
          <w:rtl w:val="0"/>
        </w:rPr>
        <w:t xml:space="preserve">Adapt the fee lines below to match the pricing model for the specific regional round.</w:t>
      </w:r>
      <w:r w:rsidDel="00000000" w:rsidR="00000000" w:rsidRPr="00000000">
        <w:rPr>
          <w:rtl w:val="0"/>
        </w:rPr>
      </w:r>
    </w:p>
    <w:tbl>
      <w:tblPr>
        <w:tblStyle w:val="Table17"/>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36"/>
        <w:gridCol w:w="3636"/>
        <w:gridCol w:w="3636"/>
        <w:gridCol w:w="3636"/>
        <w:tblGridChange w:id="0">
          <w:tblGrid>
            <w:gridCol w:w="3636"/>
            <w:gridCol w:w="3636"/>
            <w:gridCol w:w="3636"/>
            <w:gridCol w:w="3636"/>
          </w:tblGrid>
        </w:tblGridChange>
      </w:tblGrid>
      <w:tr>
        <w:trPr>
          <w:cantSplit w:val="0"/>
          <w:tblHeader w:val="0"/>
        </w:trPr>
        <w:tc>
          <w:tcPr>
            <w:shd w:fill="f6f1e6" w:val="clear"/>
            <w:vAlign w:val="center"/>
          </w:tcPr>
          <w:p w:rsidR="00000000" w:rsidDel="00000000" w:rsidP="00000000" w:rsidRDefault="00000000" w:rsidRPr="00000000" w14:paraId="000001AE">
            <w:pPr>
              <w:spacing w:after="0" w:before="0" w:line="240" w:lineRule="auto"/>
              <w:rPr/>
            </w:pPr>
            <w:r w:rsidDel="00000000" w:rsidR="00000000" w:rsidRPr="00000000">
              <w:rPr>
                <w:b w:val="1"/>
                <w:bCs w:val="1"/>
                <w:color w:val="07132a"/>
                <w:rtl w:val="0"/>
              </w:rPr>
              <w:t xml:space="preserve">Fee item</w:t>
            </w:r>
            <w:r w:rsidDel="00000000" w:rsidR="00000000" w:rsidRPr="00000000">
              <w:rPr>
                <w:rtl w:val="0"/>
              </w:rPr>
            </w:r>
          </w:p>
        </w:tc>
        <w:tc>
          <w:tcPr>
            <w:shd w:fill="f6f1e6" w:val="clear"/>
            <w:vAlign w:val="center"/>
          </w:tcPr>
          <w:p w:rsidR="00000000" w:rsidDel="00000000" w:rsidP="00000000" w:rsidRDefault="00000000" w:rsidRPr="00000000" w14:paraId="000001AF">
            <w:pPr>
              <w:spacing w:after="0" w:before="0" w:line="240" w:lineRule="auto"/>
              <w:rPr/>
            </w:pPr>
            <w:r w:rsidDel="00000000" w:rsidR="00000000" w:rsidRPr="00000000">
              <w:rPr>
                <w:b w:val="1"/>
                <w:bCs w:val="1"/>
                <w:color w:val="07132a"/>
                <w:rtl w:val="0"/>
              </w:rPr>
              <w:t xml:space="preserve">Rate</w:t>
            </w:r>
            <w:r w:rsidDel="00000000" w:rsidR="00000000" w:rsidRPr="00000000">
              <w:rPr>
                <w:rtl w:val="0"/>
              </w:rPr>
            </w:r>
          </w:p>
        </w:tc>
        <w:tc>
          <w:tcPr>
            <w:shd w:fill="f6f1e6" w:val="clear"/>
            <w:vAlign w:val="center"/>
          </w:tcPr>
          <w:p w:rsidR="00000000" w:rsidDel="00000000" w:rsidP="00000000" w:rsidRDefault="00000000" w:rsidRPr="00000000" w14:paraId="000001B0">
            <w:pPr>
              <w:spacing w:after="0" w:before="0" w:line="240" w:lineRule="auto"/>
              <w:rPr/>
            </w:pPr>
            <w:r w:rsidDel="00000000" w:rsidR="00000000" w:rsidRPr="00000000">
              <w:rPr>
                <w:b w:val="1"/>
                <w:bCs w:val="1"/>
                <w:color w:val="07132a"/>
                <w:rtl w:val="0"/>
              </w:rPr>
              <w:t xml:space="preserve">Quantity</w:t>
            </w:r>
            <w:r w:rsidDel="00000000" w:rsidR="00000000" w:rsidRPr="00000000">
              <w:rPr>
                <w:rtl w:val="0"/>
              </w:rPr>
            </w:r>
          </w:p>
        </w:tc>
        <w:tc>
          <w:tcPr>
            <w:shd w:fill="f6f1e6" w:val="clear"/>
            <w:vAlign w:val="center"/>
          </w:tcPr>
          <w:p w:rsidR="00000000" w:rsidDel="00000000" w:rsidP="00000000" w:rsidRDefault="00000000" w:rsidRPr="00000000" w14:paraId="000001B1">
            <w:pPr>
              <w:spacing w:after="0" w:before="0" w:line="240" w:lineRule="auto"/>
              <w:rPr/>
            </w:pPr>
            <w:r w:rsidDel="00000000" w:rsidR="00000000" w:rsidRPr="00000000">
              <w:rPr>
                <w:b w:val="1"/>
                <w:bCs w:val="1"/>
                <w:color w:val="07132a"/>
                <w:rtl w:val="0"/>
              </w:rPr>
              <w:t xml:space="preserve">Subtotal</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B2">
            <w:pPr>
              <w:spacing w:after="0" w:before="0" w:line="240" w:lineRule="auto"/>
              <w:rPr/>
            </w:pPr>
            <w:r w:rsidDel="00000000" w:rsidR="00000000" w:rsidRPr="00000000">
              <w:rPr>
                <w:rtl w:val="0"/>
              </w:rPr>
              <w:t xml:space="preserve">Base fee per participating student</w:t>
            </w:r>
          </w:p>
        </w:tc>
        <w:tc>
          <w:tcPr>
            <w:vAlign w:val="center"/>
          </w:tcPr>
          <w:p w:rsidR="00000000" w:rsidDel="00000000" w:rsidP="00000000" w:rsidRDefault="00000000" w:rsidRPr="00000000" w14:paraId="000001B3">
            <w:pPr>
              <w:spacing w:after="0" w:before="0" w:line="240" w:lineRule="auto"/>
              <w:ind w:left="0" w:right="0" w:firstLine="0"/>
              <w:jc w:val="left"/>
              <w:rPr/>
            </w:pPr>
            <w:r w:rsidDel="00000000" w:rsidR="00000000" w:rsidRPr="00000000">
              <w:rPr>
                <w:rtl w:val="0"/>
              </w:rPr>
              <w:t xml:space="preserve">QAR 300</w:t>
            </w:r>
          </w:p>
        </w:tc>
        <w:tc>
          <w:tcPr>
            <w:vAlign w:val="center"/>
          </w:tcPr>
          <w:p w:rsidR="00000000" w:rsidDel="00000000" w:rsidP="00000000" w:rsidRDefault="00000000" w:rsidRPr="00000000" w14:paraId="000001B4">
            <w:pPr>
              <w:spacing w:after="0" w:before="0" w:line="240" w:lineRule="auto"/>
              <w:rPr/>
            </w:pPr>
            <w:r w:rsidDel="00000000" w:rsidR="00000000" w:rsidRPr="00000000">
              <w:rPr>
                <w:rtl w:val="0"/>
              </w:rPr>
              <w:t xml:space="preserve">[ ]</w:t>
            </w:r>
          </w:p>
        </w:tc>
        <w:tc>
          <w:tcPr>
            <w:vAlign w:val="center"/>
          </w:tcPr>
          <w:p w:rsidR="00000000" w:rsidDel="00000000" w:rsidP="00000000" w:rsidRDefault="00000000" w:rsidRPr="00000000" w14:paraId="000001B5">
            <w:pPr>
              <w:spacing w:after="0" w:before="0" w:line="240" w:lineRule="auto"/>
              <w:rPr/>
            </w:pPr>
            <w:r w:rsidDel="00000000" w:rsidR="00000000" w:rsidRPr="00000000">
              <w:rPr>
                <w:rtl w:val="0"/>
              </w:rPr>
              <w:t xml:space="preserve">[ ]</w:t>
            </w:r>
          </w:p>
        </w:tc>
      </w:tr>
      <w:tr>
        <w:trPr>
          <w:cantSplit w:val="0"/>
          <w:tblHeader w:val="0"/>
        </w:trPr>
        <w:tc>
          <w:tcPr>
            <w:vAlign w:val="center"/>
          </w:tcPr>
          <w:p w:rsidR="00000000" w:rsidDel="00000000" w:rsidP="00000000" w:rsidRDefault="00000000" w:rsidRPr="00000000" w14:paraId="000001B6">
            <w:pPr>
              <w:spacing w:after="0" w:before="0" w:line="240" w:lineRule="auto"/>
              <w:ind w:left="0" w:right="0" w:firstLine="0"/>
              <w:jc w:val="left"/>
              <w:rPr/>
            </w:pPr>
            <w:r w:rsidDel="00000000" w:rsidR="00000000" w:rsidRPr="00000000">
              <w:rPr>
                <w:rtl w:val="0"/>
              </w:rPr>
              <w:t xml:space="preserve">Late fee per student after 1</w:t>
            </w:r>
            <w:r w:rsidDel="00000000" w:rsidR="00000000" w:rsidRPr="00000000">
              <w:rPr>
                <w:vertAlign w:val="superscript"/>
                <w:rtl w:val="0"/>
              </w:rPr>
              <w:t xml:space="preserve">st</w:t>
            </w:r>
            <w:r w:rsidDel="00000000" w:rsidR="00000000" w:rsidRPr="00000000">
              <w:rPr>
                <w:rtl w:val="0"/>
              </w:rPr>
              <w:t xml:space="preserve"> May</w:t>
            </w:r>
          </w:p>
        </w:tc>
        <w:tc>
          <w:tcPr>
            <w:vAlign w:val="center"/>
          </w:tcPr>
          <w:p w:rsidR="00000000" w:rsidDel="00000000" w:rsidP="00000000" w:rsidRDefault="00000000" w:rsidRPr="00000000" w14:paraId="000001B7">
            <w:pPr>
              <w:spacing w:after="0" w:before="0" w:line="240" w:lineRule="auto"/>
              <w:ind w:left="0" w:right="0" w:firstLine="0"/>
              <w:jc w:val="left"/>
              <w:rPr/>
            </w:pPr>
            <w:r w:rsidDel="00000000" w:rsidR="00000000" w:rsidRPr="00000000">
              <w:rPr>
                <w:rtl w:val="0"/>
              </w:rPr>
              <w:t xml:space="preserve">QAR 400</w:t>
            </w:r>
          </w:p>
        </w:tc>
        <w:tc>
          <w:tcPr>
            <w:vAlign w:val="center"/>
          </w:tcPr>
          <w:p w:rsidR="00000000" w:rsidDel="00000000" w:rsidP="00000000" w:rsidRDefault="00000000" w:rsidRPr="00000000" w14:paraId="000001B8">
            <w:pPr>
              <w:spacing w:after="0" w:before="0" w:line="240" w:lineRule="auto"/>
              <w:rPr/>
            </w:pPr>
            <w:r w:rsidDel="00000000" w:rsidR="00000000" w:rsidRPr="00000000">
              <w:rPr>
                <w:rtl w:val="0"/>
              </w:rPr>
              <w:t xml:space="preserve">[ ]</w:t>
            </w:r>
          </w:p>
        </w:tc>
        <w:tc>
          <w:tcPr>
            <w:vAlign w:val="center"/>
          </w:tcPr>
          <w:p w:rsidR="00000000" w:rsidDel="00000000" w:rsidP="00000000" w:rsidRDefault="00000000" w:rsidRPr="00000000" w14:paraId="000001B9">
            <w:pPr>
              <w:spacing w:after="0" w:before="0" w:line="240" w:lineRule="auto"/>
              <w:rPr/>
            </w:pPr>
            <w:r w:rsidDel="00000000" w:rsidR="00000000" w:rsidRPr="00000000">
              <w:rPr>
                <w:rtl w:val="0"/>
              </w:rPr>
              <w:t xml:space="preserve">[ ]</w:t>
            </w:r>
          </w:p>
        </w:tc>
      </w:tr>
      <w:tr>
        <w:trPr>
          <w:cantSplit w:val="0"/>
          <w:tblHeader w:val="0"/>
        </w:trPr>
        <w:tc>
          <w:tcPr>
            <w:shd w:fill="ece6d8" w:val="clear"/>
            <w:vAlign w:val="center"/>
          </w:tcPr>
          <w:p w:rsidR="00000000" w:rsidDel="00000000" w:rsidP="00000000" w:rsidRDefault="00000000" w:rsidRPr="00000000" w14:paraId="000001BA">
            <w:pPr>
              <w:spacing w:after="0" w:before="0" w:line="240" w:lineRule="auto"/>
              <w:rPr/>
            </w:pPr>
            <w:r w:rsidDel="00000000" w:rsidR="00000000" w:rsidRPr="00000000">
              <w:rPr>
                <w:b w:val="1"/>
                <w:bCs w:val="1"/>
                <w:rtl w:val="0"/>
              </w:rPr>
              <w:t xml:space="preserve">TOTAL DUE</w:t>
            </w:r>
            <w:r w:rsidDel="00000000" w:rsidR="00000000" w:rsidRPr="00000000">
              <w:rPr>
                <w:rtl w:val="0"/>
              </w:rPr>
            </w:r>
          </w:p>
        </w:tc>
        <w:tc>
          <w:tcPr>
            <w:vAlign w:val="center"/>
          </w:tcPr>
          <w:p w:rsidR="00000000" w:rsidDel="00000000" w:rsidP="00000000" w:rsidRDefault="00000000" w:rsidRPr="00000000" w14:paraId="000001BB">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BC">
            <w:pPr>
              <w:spacing w:after="0" w:before="0" w:line="240" w:lineRule="auto"/>
              <w:rPr/>
            </w:pPr>
            <w:r w:rsidDel="00000000" w:rsidR="00000000" w:rsidRPr="00000000">
              <w:rPr>
                <w:rtl w:val="0"/>
              </w:rPr>
            </w:r>
          </w:p>
        </w:tc>
        <w:tc>
          <w:tcPr>
            <w:vAlign w:val="center"/>
          </w:tcPr>
          <w:p w:rsidR="00000000" w:rsidDel="00000000" w:rsidP="00000000" w:rsidRDefault="00000000" w:rsidRPr="00000000" w14:paraId="000001BD">
            <w:pPr>
              <w:spacing w:after="0" w:before="0" w:line="240" w:lineRule="auto"/>
              <w:rPr/>
            </w:pPr>
            <w:r w:rsidDel="00000000" w:rsidR="00000000" w:rsidRPr="00000000">
              <w:rPr>
                <w:rtl w:val="0"/>
              </w:rPr>
              <w:t xml:space="preserve">[ ]</w:t>
            </w:r>
          </w:p>
        </w:tc>
      </w:tr>
    </w:tbl>
    <w:p w:rsidR="00000000" w:rsidDel="00000000" w:rsidP="00000000" w:rsidRDefault="00000000" w:rsidRPr="00000000" w14:paraId="000001BE">
      <w:pPr>
        <w:spacing w:after="120" w:before="0" w:lineRule="auto"/>
        <w:rPr/>
      </w:pPr>
      <w:r w:rsidDel="00000000" w:rsidR="00000000" w:rsidRPr="00000000">
        <w:rPr>
          <w:rtl w:val="0"/>
        </w:rPr>
      </w:r>
    </w:p>
    <w:tbl>
      <w:tblPr>
        <w:tblStyle w:val="Table18"/>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7272"/>
        <w:gridCol w:w="7272"/>
        <w:tblGridChange w:id="0">
          <w:tblGrid>
            <w:gridCol w:w="7272"/>
            <w:gridCol w:w="7272"/>
          </w:tblGrid>
        </w:tblGridChange>
      </w:tblGrid>
      <w:tr>
        <w:trPr>
          <w:cantSplit w:val="0"/>
          <w:tblHeader w:val="0"/>
        </w:trPr>
        <w:tc>
          <w:tcPr>
            <w:shd w:fill="07132a" w:val="clear"/>
            <w:vAlign w:val="center"/>
          </w:tcPr>
          <w:p w:rsidR="00000000" w:rsidDel="00000000" w:rsidP="00000000" w:rsidRDefault="00000000" w:rsidRPr="00000000" w14:paraId="000001BF">
            <w:pPr>
              <w:spacing w:after="0" w:before="0" w:line="240" w:lineRule="auto"/>
              <w:rPr/>
            </w:pPr>
            <w:r w:rsidDel="00000000" w:rsidR="00000000" w:rsidRPr="00000000">
              <w:rPr>
                <w:rFonts w:ascii="Cinzel" w:cs="Cinzel" w:eastAsia="Cinzel" w:hAnsi="Cinzel"/>
                <w:b w:val="1"/>
                <w:bCs w:val="1"/>
                <w:color w:val="e2c46f"/>
                <w:sz w:val="20"/>
                <w:szCs w:val="20"/>
                <w:rtl w:val="0"/>
              </w:rPr>
              <w:t xml:space="preserve">9. PAYMENT INFORMATION</w:t>
            </w:r>
            <w:r w:rsidDel="00000000" w:rsidR="00000000" w:rsidRPr="00000000">
              <w:rPr>
                <w:rtl w:val="0"/>
              </w:rPr>
            </w:r>
          </w:p>
        </w:tc>
      </w:tr>
      <w:tr>
        <w:trPr>
          <w:cantSplit w:val="0"/>
          <w:tblHeader w:val="0"/>
        </w:trPr>
        <w:tc>
          <w:tcPr>
            <w:shd w:fill="f6f1e6" w:val="clear"/>
            <w:vAlign w:val="center"/>
          </w:tcPr>
          <w:p w:rsidR="00000000" w:rsidDel="00000000" w:rsidP="00000000" w:rsidRDefault="00000000" w:rsidRPr="00000000" w14:paraId="000001C0">
            <w:pPr>
              <w:spacing w:after="0" w:before="0" w:line="240" w:lineRule="auto"/>
              <w:rPr/>
            </w:pPr>
            <w:r w:rsidDel="00000000" w:rsidR="00000000" w:rsidRPr="00000000">
              <w:rPr>
                <w:b w:val="1"/>
                <w:bCs w:val="1"/>
                <w:color w:val="07132a"/>
                <w:rtl w:val="0"/>
              </w:rPr>
              <w:t xml:space="preserve">Payment method</w:t>
            </w:r>
            <w:r w:rsidDel="00000000" w:rsidR="00000000" w:rsidRPr="00000000">
              <w:rPr>
                <w:rtl w:val="0"/>
              </w:rPr>
            </w:r>
          </w:p>
        </w:tc>
        <w:tc>
          <w:tcPr>
            <w:vAlign w:val="center"/>
          </w:tcPr>
          <w:p w:rsidR="00000000" w:rsidDel="00000000" w:rsidP="00000000" w:rsidRDefault="00000000" w:rsidRPr="00000000" w14:paraId="000001C1">
            <w:pPr>
              <w:spacing w:after="0" w:before="0" w:line="240" w:lineRule="auto"/>
              <w:rPr/>
            </w:pPr>
            <w:r w:rsidDel="00000000" w:rsidR="00000000" w:rsidRPr="00000000">
              <w:rPr>
                <w:i w:val="1"/>
                <w:iCs w:val="1"/>
                <w:rtl w:val="0"/>
              </w:rPr>
              <w:t xml:space="preserve">[ ] Bank transfer  [ ] Purchase order    [ ] Other: ____________</w:t>
            </w:r>
            <w:r w:rsidDel="00000000" w:rsidR="00000000" w:rsidRPr="00000000">
              <w:rPr>
                <w:rtl w:val="0"/>
              </w:rPr>
            </w:r>
          </w:p>
        </w:tc>
      </w:tr>
      <w:tr>
        <w:trPr>
          <w:cantSplit w:val="0"/>
          <w:tblHeader w:val="0"/>
        </w:trPr>
        <w:tc>
          <w:tcPr>
            <w:shd w:fill="f6f1e6" w:val="clear"/>
            <w:vAlign w:val="center"/>
          </w:tcPr>
          <w:p w:rsidR="00000000" w:rsidDel="00000000" w:rsidP="00000000" w:rsidRDefault="00000000" w:rsidRPr="00000000" w14:paraId="000001C2">
            <w:pPr>
              <w:spacing w:after="0" w:before="0" w:line="240" w:lineRule="auto"/>
              <w:rPr/>
            </w:pPr>
            <w:r w:rsidDel="00000000" w:rsidR="00000000" w:rsidRPr="00000000">
              <w:rPr>
                <w:b w:val="1"/>
                <w:bCs w:val="1"/>
                <w:color w:val="07132a"/>
                <w:rtl w:val="0"/>
              </w:rPr>
              <w:t xml:space="preserve">Invoice to</w:t>
            </w:r>
            <w:r w:rsidDel="00000000" w:rsidR="00000000" w:rsidRPr="00000000">
              <w:rPr>
                <w:rtl w:val="0"/>
              </w:rPr>
            </w:r>
          </w:p>
        </w:tc>
        <w:tc>
          <w:tcPr>
            <w:vAlign w:val="center"/>
          </w:tcPr>
          <w:p w:rsidR="00000000" w:rsidDel="00000000" w:rsidP="00000000" w:rsidRDefault="00000000" w:rsidRPr="00000000" w14:paraId="000001C3">
            <w:pPr>
              <w:spacing w:after="0" w:before="0" w:line="240" w:lineRule="auto"/>
              <w:rPr/>
            </w:pPr>
            <w:r w:rsidDel="00000000" w:rsidR="00000000" w:rsidRPr="00000000">
              <w:rPr>
                <w:i w:val="1"/>
                <w:iCs w:val="1"/>
                <w:rtl w:val="0"/>
              </w:rPr>
              <w:t xml:space="preserve">[Insert contact name / finance email]</w:t>
            </w:r>
            <w:r w:rsidDel="00000000" w:rsidR="00000000" w:rsidRPr="00000000">
              <w:rPr>
                <w:rtl w:val="0"/>
              </w:rPr>
            </w:r>
          </w:p>
        </w:tc>
      </w:tr>
      <w:tr>
        <w:trPr>
          <w:cantSplit w:val="0"/>
          <w:tblHeader w:val="0"/>
        </w:trPr>
        <w:tc>
          <w:tcPr>
            <w:shd w:fill="f6f1e6" w:val="clear"/>
            <w:vAlign w:val="center"/>
          </w:tcPr>
          <w:p w:rsidR="00000000" w:rsidDel="00000000" w:rsidP="00000000" w:rsidRDefault="00000000" w:rsidRPr="00000000" w14:paraId="000001C4">
            <w:pPr>
              <w:spacing w:after="0" w:before="0" w:line="240" w:lineRule="auto"/>
              <w:rPr/>
            </w:pPr>
            <w:r w:rsidDel="00000000" w:rsidR="00000000" w:rsidRPr="00000000">
              <w:rPr>
                <w:b w:val="1"/>
                <w:bCs w:val="1"/>
                <w:color w:val="07132a"/>
                <w:rtl w:val="0"/>
              </w:rPr>
              <w:t xml:space="preserve">Billing reference</w:t>
            </w:r>
            <w:r w:rsidDel="00000000" w:rsidR="00000000" w:rsidRPr="00000000">
              <w:rPr>
                <w:rtl w:val="0"/>
              </w:rPr>
            </w:r>
          </w:p>
        </w:tc>
        <w:tc>
          <w:tcPr>
            <w:vAlign w:val="center"/>
          </w:tcPr>
          <w:p w:rsidR="00000000" w:rsidDel="00000000" w:rsidP="00000000" w:rsidRDefault="00000000" w:rsidRPr="00000000" w14:paraId="000001C5">
            <w:pPr>
              <w:spacing w:after="0" w:before="0" w:line="240" w:lineRule="auto"/>
              <w:rPr/>
            </w:pPr>
            <w:r w:rsidDel="00000000" w:rsidR="00000000" w:rsidRPr="00000000">
              <w:rPr>
                <w:i w:val="1"/>
                <w:iCs w:val="1"/>
                <w:rtl w:val="0"/>
              </w:rPr>
              <w:t xml:space="preserve">[Insert school PO number / finance reference]</w:t>
            </w:r>
            <w:r w:rsidDel="00000000" w:rsidR="00000000" w:rsidRPr="00000000">
              <w:rPr>
                <w:rtl w:val="0"/>
              </w:rPr>
            </w:r>
          </w:p>
        </w:tc>
      </w:tr>
      <w:tr>
        <w:trPr>
          <w:cantSplit w:val="0"/>
          <w:tblHeader w:val="0"/>
        </w:trPr>
        <w:tc>
          <w:tcPr>
            <w:shd w:fill="f6f1e6" w:val="clear"/>
            <w:vAlign w:val="center"/>
          </w:tcPr>
          <w:p w:rsidR="00000000" w:rsidDel="00000000" w:rsidP="00000000" w:rsidRDefault="00000000" w:rsidRPr="00000000" w14:paraId="000001C6">
            <w:pPr>
              <w:spacing w:after="0" w:before="0" w:line="240" w:lineRule="auto"/>
              <w:rPr/>
            </w:pPr>
            <w:r w:rsidDel="00000000" w:rsidR="00000000" w:rsidRPr="00000000">
              <w:rPr>
                <w:b w:val="1"/>
                <w:bCs w:val="1"/>
                <w:color w:val="07132a"/>
                <w:rtl w:val="0"/>
              </w:rPr>
              <w:t xml:space="preserve">Notes</w:t>
            </w:r>
            <w:r w:rsidDel="00000000" w:rsidR="00000000" w:rsidRPr="00000000">
              <w:rPr>
                <w:rtl w:val="0"/>
              </w:rPr>
            </w:r>
          </w:p>
        </w:tc>
        <w:tc>
          <w:tcPr>
            <w:vAlign w:val="center"/>
          </w:tcPr>
          <w:p w:rsidR="00000000" w:rsidDel="00000000" w:rsidP="00000000" w:rsidRDefault="00000000" w:rsidRPr="00000000" w14:paraId="000001C7">
            <w:pPr>
              <w:spacing w:after="0" w:before="0" w:line="240" w:lineRule="auto"/>
              <w:rPr/>
            </w:pPr>
            <w:r w:rsidDel="00000000" w:rsidR="00000000" w:rsidRPr="00000000">
              <w:rPr>
                <w:i w:val="1"/>
                <w:iCs w:val="1"/>
                <w:rtl w:val="0"/>
              </w:rPr>
              <w:t xml:space="preserve">[Insert any additional payment instructions]</w:t>
            </w:r>
            <w:r w:rsidDel="00000000" w:rsidR="00000000" w:rsidRPr="00000000">
              <w:rPr>
                <w:rtl w:val="0"/>
              </w:rPr>
            </w:r>
          </w:p>
        </w:tc>
      </w:tr>
    </w:tbl>
    <w:p w:rsidR="00000000" w:rsidDel="00000000" w:rsidP="00000000" w:rsidRDefault="00000000" w:rsidRPr="00000000" w14:paraId="000001C8">
      <w:pPr>
        <w:spacing w:after="120" w:before="0" w:lineRule="auto"/>
        <w:rPr/>
      </w:pPr>
      <w:r w:rsidDel="00000000" w:rsidR="00000000" w:rsidRPr="00000000">
        <w:rPr>
          <w:rtl w:val="0"/>
        </w:rPr>
      </w:r>
    </w:p>
    <w:tbl>
      <w:tblPr>
        <w:tblStyle w:val="Table19"/>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blHeader w:val="0"/>
        </w:trPr>
        <w:tc>
          <w:tcPr>
            <w:shd w:fill="07132a" w:val="clear"/>
            <w:vAlign w:val="center"/>
          </w:tcPr>
          <w:p w:rsidR="00000000" w:rsidDel="00000000" w:rsidP="00000000" w:rsidRDefault="00000000" w:rsidRPr="00000000" w14:paraId="000001C9">
            <w:pPr>
              <w:spacing w:after="0" w:before="0" w:line="240" w:lineRule="auto"/>
              <w:rPr/>
            </w:pPr>
            <w:r w:rsidDel="00000000" w:rsidR="00000000" w:rsidRPr="00000000">
              <w:rPr>
                <w:rFonts w:ascii="Cinzel" w:cs="Cinzel" w:eastAsia="Cinzel" w:hAnsi="Cinzel"/>
                <w:b w:val="1"/>
                <w:bCs w:val="1"/>
                <w:color w:val="e2c46f"/>
                <w:sz w:val="20"/>
                <w:szCs w:val="20"/>
                <w:rtl w:val="0"/>
              </w:rPr>
              <w:t xml:space="preserve">10. DECLARATION AND AUTHORISATION</w:t>
            </w:r>
            <w:r w:rsidDel="00000000" w:rsidR="00000000" w:rsidRPr="00000000">
              <w:rPr>
                <w:rtl w:val="0"/>
              </w:rPr>
            </w:r>
          </w:p>
        </w:tc>
      </w:tr>
    </w:tbl>
    <w:p w:rsidR="00000000" w:rsidDel="00000000" w:rsidP="00000000" w:rsidRDefault="00000000" w:rsidRPr="00000000" w14:paraId="000001CA">
      <w:pPr>
        <w:spacing w:after="20" w:before="0" w:lineRule="auto"/>
        <w:ind w:left="216" w:firstLine="0"/>
        <w:rPr/>
      </w:pPr>
      <w:r w:rsidDel="00000000" w:rsidR="00000000" w:rsidRPr="00000000">
        <w:rPr>
          <w:color w:val="c9a24a"/>
          <w:rtl w:val="0"/>
        </w:rPr>
        <w:t xml:space="preserve">• </w:t>
      </w:r>
      <w:r w:rsidDel="00000000" w:rsidR="00000000" w:rsidRPr="00000000">
        <w:rPr>
          <w:sz w:val="17"/>
          <w:szCs w:val="17"/>
          <w:rtl w:val="0"/>
        </w:rPr>
        <w:t xml:space="preserve">The undersigned confirms that the information provided is accurate to the best of their knowledge.</w:t>
      </w:r>
      <w:r w:rsidDel="00000000" w:rsidR="00000000" w:rsidRPr="00000000">
        <w:rPr>
          <w:rtl w:val="0"/>
        </w:rPr>
      </w:r>
    </w:p>
    <w:p w:rsidR="00000000" w:rsidDel="00000000" w:rsidP="00000000" w:rsidRDefault="00000000" w:rsidRPr="00000000" w14:paraId="000001CB">
      <w:pPr>
        <w:spacing w:after="20" w:before="0" w:lineRule="auto"/>
        <w:ind w:left="216" w:firstLine="0"/>
        <w:rPr/>
      </w:pPr>
      <w:r w:rsidDel="00000000" w:rsidR="00000000" w:rsidRPr="00000000">
        <w:rPr>
          <w:color w:val="c9a24a"/>
          <w:rtl w:val="0"/>
        </w:rPr>
        <w:t xml:space="preserve">• </w:t>
      </w:r>
      <w:r w:rsidDel="00000000" w:rsidR="00000000" w:rsidRPr="00000000">
        <w:rPr>
          <w:sz w:val="17"/>
          <w:szCs w:val="17"/>
          <w:rtl w:val="0"/>
        </w:rPr>
        <w:t xml:space="preserve">The delegation agrees to comply with the published round rules, deadlines, safeguarding requirements, and venue expectations.</w:t>
      </w:r>
      <w:r w:rsidDel="00000000" w:rsidR="00000000" w:rsidRPr="00000000">
        <w:rPr>
          <w:rtl w:val="0"/>
        </w:rPr>
      </w:r>
    </w:p>
    <w:p w:rsidR="00000000" w:rsidDel="00000000" w:rsidP="00000000" w:rsidRDefault="00000000" w:rsidRPr="00000000" w14:paraId="000001CC">
      <w:pPr>
        <w:spacing w:after="20" w:before="0" w:lineRule="auto"/>
        <w:ind w:left="216" w:firstLine="0"/>
        <w:rPr/>
      </w:pPr>
      <w:r w:rsidDel="00000000" w:rsidR="00000000" w:rsidRPr="00000000">
        <w:rPr>
          <w:color w:val="c9a24a"/>
          <w:rtl w:val="0"/>
        </w:rPr>
        <w:t xml:space="preserve">• </w:t>
      </w:r>
      <w:r w:rsidDel="00000000" w:rsidR="00000000" w:rsidRPr="00000000">
        <w:rPr>
          <w:sz w:val="17"/>
          <w:szCs w:val="17"/>
          <w:rtl w:val="0"/>
        </w:rPr>
        <w:t xml:space="preserve">The host organisation may contact the delegation coordinator regarding logistics, billing, substitutions, and event updates.</w:t>
      </w:r>
      <w:r w:rsidDel="00000000" w:rsidR="00000000" w:rsidRPr="00000000">
        <w:rPr>
          <w:rtl w:val="0"/>
        </w:rPr>
      </w:r>
    </w:p>
    <w:p w:rsidR="00000000" w:rsidDel="00000000" w:rsidP="00000000" w:rsidRDefault="00000000" w:rsidRPr="00000000" w14:paraId="000001CD">
      <w:pPr>
        <w:spacing w:after="80" w:before="0" w:lineRule="auto"/>
        <w:rPr/>
      </w:pPr>
      <w:r w:rsidDel="00000000" w:rsidR="00000000" w:rsidRPr="00000000">
        <w:rPr>
          <w:rtl w:val="0"/>
        </w:rPr>
      </w:r>
    </w:p>
    <w:tbl>
      <w:tblPr>
        <w:tblStyle w:val="Table20"/>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36"/>
        <w:gridCol w:w="3636"/>
        <w:gridCol w:w="3636"/>
        <w:gridCol w:w="3636"/>
        <w:tblGridChange w:id="0">
          <w:tblGrid>
            <w:gridCol w:w="3636"/>
            <w:gridCol w:w="3636"/>
            <w:gridCol w:w="3636"/>
            <w:gridCol w:w="3636"/>
          </w:tblGrid>
        </w:tblGridChange>
      </w:tblGrid>
      <w:tr>
        <w:trPr>
          <w:cantSplit w:val="0"/>
          <w:tblHeader w:val="0"/>
        </w:trPr>
        <w:tc>
          <w:tcPr>
            <w:shd w:fill="f6f1e6" w:val="clear"/>
            <w:vAlign w:val="center"/>
          </w:tcPr>
          <w:p w:rsidR="00000000" w:rsidDel="00000000" w:rsidP="00000000" w:rsidRDefault="00000000" w:rsidRPr="00000000" w14:paraId="000001CE">
            <w:pPr>
              <w:spacing w:after="0" w:before="0" w:line="240" w:lineRule="auto"/>
              <w:rPr/>
            </w:pPr>
            <w:r w:rsidDel="00000000" w:rsidR="00000000" w:rsidRPr="00000000">
              <w:rPr>
                <w:b w:val="1"/>
                <w:bCs w:val="1"/>
                <w:color w:val="07132a"/>
                <w:rtl w:val="0"/>
              </w:rPr>
              <w:t xml:space="preserve">Coordinator name</w:t>
            </w:r>
            <w:r w:rsidDel="00000000" w:rsidR="00000000" w:rsidRPr="00000000">
              <w:rPr>
                <w:rtl w:val="0"/>
              </w:rPr>
            </w:r>
          </w:p>
        </w:tc>
        <w:tc>
          <w:tcPr>
            <w:vAlign w:val="center"/>
          </w:tcPr>
          <w:p w:rsidR="00000000" w:rsidDel="00000000" w:rsidP="00000000" w:rsidRDefault="00000000" w:rsidRPr="00000000" w14:paraId="000001CF">
            <w:pPr>
              <w:spacing w:after="0" w:before="0" w:line="240" w:lineRule="auto"/>
              <w:rPr/>
            </w:pPr>
            <w:r w:rsidDel="00000000" w:rsidR="00000000" w:rsidRPr="00000000">
              <w:rPr>
                <w:i w:val="1"/>
                <w:iCs w:val="1"/>
                <w:rtl w:val="0"/>
              </w:rPr>
              <w:t xml:space="preserve">[Insert full name]</w:t>
            </w:r>
            <w:r w:rsidDel="00000000" w:rsidR="00000000" w:rsidRPr="00000000">
              <w:rPr>
                <w:rtl w:val="0"/>
              </w:rPr>
            </w:r>
          </w:p>
        </w:tc>
        <w:tc>
          <w:tcPr>
            <w:shd w:fill="f6f1e6" w:val="clear"/>
            <w:vAlign w:val="center"/>
          </w:tcPr>
          <w:p w:rsidR="00000000" w:rsidDel="00000000" w:rsidP="00000000" w:rsidRDefault="00000000" w:rsidRPr="00000000" w14:paraId="000001D0">
            <w:pPr>
              <w:spacing w:after="0" w:before="0" w:line="240" w:lineRule="auto"/>
              <w:rPr/>
            </w:pPr>
            <w:r w:rsidDel="00000000" w:rsidR="00000000" w:rsidRPr="00000000">
              <w:rPr>
                <w:b w:val="1"/>
                <w:bCs w:val="1"/>
                <w:color w:val="07132a"/>
                <w:rtl w:val="0"/>
              </w:rPr>
              <w:t xml:space="preserve">Signature</w:t>
            </w:r>
            <w:r w:rsidDel="00000000" w:rsidR="00000000" w:rsidRPr="00000000">
              <w:rPr>
                <w:rtl w:val="0"/>
              </w:rPr>
            </w:r>
          </w:p>
        </w:tc>
        <w:tc>
          <w:tcPr>
            <w:vAlign w:val="center"/>
          </w:tcPr>
          <w:p w:rsidR="00000000" w:rsidDel="00000000" w:rsidP="00000000" w:rsidRDefault="00000000" w:rsidRPr="00000000" w14:paraId="000001D1">
            <w:pPr>
              <w:spacing w:after="0" w:before="0" w:line="240" w:lineRule="auto"/>
              <w:rPr/>
            </w:pPr>
            <w:r w:rsidDel="00000000" w:rsidR="00000000" w:rsidRPr="00000000">
              <w:rPr>
                <w:rtl w:val="0"/>
              </w:rPr>
              <w:t xml:space="preserve">________________________</w:t>
            </w:r>
          </w:p>
        </w:tc>
      </w:tr>
      <w:tr>
        <w:trPr>
          <w:cantSplit w:val="0"/>
          <w:tblHeader w:val="0"/>
        </w:trPr>
        <w:tc>
          <w:tcPr>
            <w:shd w:fill="f6f1e6" w:val="clear"/>
            <w:vAlign w:val="center"/>
          </w:tcPr>
          <w:p w:rsidR="00000000" w:rsidDel="00000000" w:rsidP="00000000" w:rsidRDefault="00000000" w:rsidRPr="00000000" w14:paraId="000001D2">
            <w:pPr>
              <w:spacing w:after="0" w:before="0" w:line="240" w:lineRule="auto"/>
              <w:rPr/>
            </w:pPr>
            <w:r w:rsidDel="00000000" w:rsidR="00000000" w:rsidRPr="00000000">
              <w:rPr>
                <w:b w:val="1"/>
                <w:bCs w:val="1"/>
                <w:color w:val="07132a"/>
                <w:rtl w:val="0"/>
              </w:rPr>
              <w:t xml:space="preserve">Position</w:t>
            </w:r>
            <w:r w:rsidDel="00000000" w:rsidR="00000000" w:rsidRPr="00000000">
              <w:rPr>
                <w:rtl w:val="0"/>
              </w:rPr>
            </w:r>
          </w:p>
        </w:tc>
        <w:tc>
          <w:tcPr>
            <w:vAlign w:val="center"/>
          </w:tcPr>
          <w:p w:rsidR="00000000" w:rsidDel="00000000" w:rsidP="00000000" w:rsidRDefault="00000000" w:rsidRPr="00000000" w14:paraId="000001D3">
            <w:pPr>
              <w:spacing w:after="0" w:before="0" w:line="240" w:lineRule="auto"/>
              <w:rPr/>
            </w:pPr>
            <w:r w:rsidDel="00000000" w:rsidR="00000000" w:rsidRPr="00000000">
              <w:rPr>
                <w:i w:val="1"/>
                <w:iCs w:val="1"/>
                <w:rtl w:val="0"/>
              </w:rPr>
              <w:t xml:space="preserve">[Insert role]</w:t>
            </w:r>
            <w:r w:rsidDel="00000000" w:rsidR="00000000" w:rsidRPr="00000000">
              <w:rPr>
                <w:rtl w:val="0"/>
              </w:rPr>
            </w:r>
          </w:p>
        </w:tc>
        <w:tc>
          <w:tcPr>
            <w:shd w:fill="f6f1e6" w:val="clear"/>
            <w:vAlign w:val="center"/>
          </w:tcPr>
          <w:p w:rsidR="00000000" w:rsidDel="00000000" w:rsidP="00000000" w:rsidRDefault="00000000" w:rsidRPr="00000000" w14:paraId="000001D4">
            <w:pPr>
              <w:spacing w:after="0" w:before="0" w:line="240" w:lineRule="auto"/>
              <w:rPr/>
            </w:pPr>
            <w:r w:rsidDel="00000000" w:rsidR="00000000" w:rsidRPr="00000000">
              <w:rPr>
                <w:b w:val="1"/>
                <w:bCs w:val="1"/>
                <w:color w:val="07132a"/>
                <w:rtl w:val="0"/>
              </w:rPr>
              <w:t xml:space="preserve">Date</w:t>
            </w:r>
            <w:r w:rsidDel="00000000" w:rsidR="00000000" w:rsidRPr="00000000">
              <w:rPr>
                <w:rtl w:val="0"/>
              </w:rPr>
            </w:r>
          </w:p>
        </w:tc>
        <w:tc>
          <w:tcPr>
            <w:vAlign w:val="center"/>
          </w:tcPr>
          <w:p w:rsidR="00000000" w:rsidDel="00000000" w:rsidP="00000000" w:rsidRDefault="00000000" w:rsidRPr="00000000" w14:paraId="000001D5">
            <w:pPr>
              <w:spacing w:after="0" w:before="0" w:line="240" w:lineRule="auto"/>
              <w:rPr/>
            </w:pPr>
            <w:r w:rsidDel="00000000" w:rsidR="00000000" w:rsidRPr="00000000">
              <w:rPr>
                <w:rtl w:val="0"/>
              </w:rPr>
              <w:t xml:space="preserve">________________________</w:t>
            </w:r>
          </w:p>
        </w:tc>
      </w:tr>
    </w:tbl>
    <w:p w:rsidR="00000000" w:rsidDel="00000000" w:rsidP="00000000" w:rsidRDefault="00000000" w:rsidRPr="00000000" w14:paraId="000001D6">
      <w:pPr>
        <w:spacing w:after="120" w:before="0" w:lineRule="auto"/>
        <w:rPr/>
      </w:pPr>
      <w:r w:rsidDel="00000000" w:rsidR="00000000" w:rsidRPr="00000000">
        <w:rPr>
          <w:rtl w:val="0"/>
        </w:rPr>
      </w:r>
    </w:p>
    <w:tbl>
      <w:tblPr>
        <w:tblStyle w:val="Table21"/>
        <w:tblW w:w="14544.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44"/>
        <w:tblGridChange w:id="0">
          <w:tblGrid>
            <w:gridCol w:w="14544"/>
          </w:tblGrid>
        </w:tblGridChange>
      </w:tblGrid>
      <w:tr>
        <w:trPr>
          <w:cantSplit w:val="0"/>
          <w:tblHeader w:val="0"/>
        </w:trPr>
        <w:tc>
          <w:tcPr>
            <w:shd w:fill="0b1b3b" w:val="clear"/>
            <w:vAlign w:val="center"/>
          </w:tcPr>
          <w:p w:rsidR="00000000" w:rsidDel="00000000" w:rsidP="00000000" w:rsidRDefault="00000000" w:rsidRPr="00000000" w14:paraId="000001D7">
            <w:pPr>
              <w:spacing w:after="0" w:before="0" w:line="240" w:lineRule="auto"/>
              <w:ind w:left="0" w:right="0" w:firstLine="0"/>
              <w:jc w:val="center"/>
              <w:rPr>
                <w:b w:val="1"/>
                <w:bCs w:val="1"/>
                <w:color w:val="ffffff"/>
                <w:sz w:val="42"/>
                <w:szCs w:val="42"/>
                <w:u w:val="single"/>
              </w:rPr>
            </w:pPr>
            <w:r w:rsidDel="00000000" w:rsidR="00000000" w:rsidRPr="00000000">
              <w:rPr>
                <w:b w:val="1"/>
                <w:bCs w:val="1"/>
                <w:color w:val="ffffff"/>
                <w:sz w:val="42"/>
                <w:szCs w:val="42"/>
                <w:rtl w:val="0"/>
              </w:rPr>
              <w:t xml:space="preserve">Submission: Save this completed form as a .docx and send it to </w:t>
            </w:r>
            <w:r w:rsidDel="00000000" w:rsidR="00000000" w:rsidRPr="00000000">
              <w:rPr>
                <w:b w:val="1"/>
                <w:bCs w:val="1"/>
                <w:color w:val="ffffff"/>
                <w:sz w:val="42"/>
                <w:szCs w:val="42"/>
                <w:u w:val="single"/>
                <w:rtl w:val="0"/>
              </w:rPr>
              <w:t xml:space="preserve">contact@GAQCup.com</w:t>
            </w:r>
          </w:p>
          <w:p w:rsidR="00000000" w:rsidDel="00000000" w:rsidP="00000000" w:rsidRDefault="00000000" w:rsidRPr="00000000" w14:paraId="000001D8">
            <w:pPr>
              <w:jc w:val="center"/>
              <w:rPr>
                <w:color w:val="000000"/>
                <w:sz w:val="40"/>
                <w:szCs w:val="40"/>
              </w:rPr>
            </w:pPr>
            <w:r w:rsidDel="00000000" w:rsidR="00000000" w:rsidRPr="00000000">
              <w:rPr>
                <w:color w:val="000000"/>
                <w:sz w:val="40"/>
                <w:szCs w:val="40"/>
                <w:rtl w:val="0"/>
              </w:rPr>
              <w:t xml:space="preserve"> </w:t>
            </w:r>
          </w:p>
          <w:p w:rsidR="00000000" w:rsidDel="00000000" w:rsidP="00000000" w:rsidRDefault="00000000" w:rsidRPr="00000000" w14:paraId="000001D9">
            <w:pPr>
              <w:jc w:val="center"/>
              <w:rPr>
                <w:color w:val="e2c46f"/>
                <w:sz w:val="40"/>
                <w:szCs w:val="40"/>
              </w:rPr>
            </w:pPr>
            <w:r w:rsidDel="00000000" w:rsidR="00000000" w:rsidRPr="00000000">
              <w:rPr>
                <w:color w:val="e2c46f"/>
                <w:sz w:val="40"/>
                <w:szCs w:val="40"/>
                <w:rtl w:val="0"/>
              </w:rPr>
              <w:t xml:space="preserve">The Quadathlon Cup</w:t>
            </w:r>
          </w:p>
          <w:p w:rsidR="00000000" w:rsidDel="00000000" w:rsidP="00000000" w:rsidRDefault="00000000" w:rsidRPr="00000000" w14:paraId="000001DA">
            <w:pPr>
              <w:jc w:val="center"/>
              <w:rPr>
                <w:color w:val="e2c46f"/>
                <w:sz w:val="40"/>
                <w:szCs w:val="40"/>
              </w:rPr>
            </w:pPr>
            <w:r w:rsidDel="00000000" w:rsidR="00000000" w:rsidRPr="00000000">
              <w:rPr>
                <w:rtl w:val="0"/>
              </w:rPr>
            </w:r>
          </w:p>
        </w:tc>
      </w:tr>
    </w:tbl>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e2c46f"/>
          <w:sz w:val="16"/>
          <w:szCs w:val="16"/>
        </w:rPr>
      </w:pPr>
      <w:r w:rsidDel="00000000" w:rsidR="00000000" w:rsidRPr="00000000">
        <w:rPr>
          <w:rtl w:val="0"/>
        </w:rPr>
      </w:r>
    </w:p>
    <w:sectPr>
      <w:headerReference r:id="rId7" w:type="default"/>
      <w:footerReference r:id="rId8" w:type="default"/>
      <w:pgSz w:h="12240" w:w="15840" w:orient="landscape"/>
      <w:pgMar w:bottom="648" w:top="648" w:left="648" w:right="64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Libre Baskervill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Cinzel">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E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Libre Baskerville" w:cs="Libre Baskerville" w:eastAsia="Libre Baskerville" w:hAnsi="Libre Baskerville"/>
        <w:b w:val="0"/>
        <w:bCs w:val="0"/>
        <w:i w:val="0"/>
        <w:iCs w:val="0"/>
        <w:smallCaps w:val="0"/>
        <w:strike w:val="0"/>
        <w:color w:val="2b2b2b"/>
        <w:sz w:val="18"/>
        <w:szCs w:val="18"/>
        <w:u w:val="none"/>
        <w:shd w:fill="auto" w:val="clear"/>
        <w:vertAlign w:val="baseline"/>
      </w:rPr>
    </w:pPr>
    <w:r w:rsidDel="00000000" w:rsidR="00000000" w:rsidRPr="00000000">
      <w:rPr>
        <w:rFonts w:ascii="Libre Baskerville" w:cs="Libre Baskerville" w:eastAsia="Libre Baskerville" w:hAnsi="Libre Baskerville"/>
        <w:b w:val="0"/>
        <w:bCs w:val="0"/>
        <w:i w:val="0"/>
        <w:iCs w:val="0"/>
        <w:smallCaps w:val="0"/>
        <w:strike w:val="0"/>
        <w:color w:val="666666"/>
        <w:sz w:val="16"/>
        <w:szCs w:val="16"/>
        <w:u w:val="none"/>
        <w:shd w:fill="auto" w:val="clear"/>
        <w:vertAlign w:val="baseline"/>
        <w:rtl w:val="0"/>
      </w:rPr>
      <w:t xml:space="preserve">The Quadathlon Cup - Regional Round Registration Form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e2c46f"/>
        <w:sz w:val="16"/>
        <w:szCs w:val="16"/>
      </w:rPr>
    </w:pPr>
    <w:r w:rsidDel="00000000" w:rsidR="00000000" w:rsidRPr="00000000">
      <w:rPr>
        <w:rtl w:val="0"/>
      </w:rPr>
    </w:r>
  </w:p>
  <w:tbl>
    <w:tblPr>
      <w:tblStyle w:val="Table22"/>
      <w:tblW w:w="14535.0" w:type="dxa"/>
      <w:jc w:val="left"/>
      <w:tblInd w:w="-108.0" w:type="dxa"/>
      <w:tblLayout w:type="fixed"/>
      <w:tblLook w:val="0600"/>
    </w:tblPr>
    <w:tblGrid>
      <w:gridCol w:w="4845"/>
      <w:gridCol w:w="4845"/>
      <w:gridCol w:w="4845"/>
      <w:tblGridChange w:id="0">
        <w:tblGrid>
          <w:gridCol w:w="4845"/>
          <w:gridCol w:w="4845"/>
          <w:gridCol w:w="4845"/>
        </w:tblGrid>
      </w:tblGridChange>
    </w:tblGrid>
    <w:tr>
      <w:trPr>
        <w:cantSplit w:val="0"/>
        <w:trHeight w:val="300" w:hRule="atLeast"/>
        <w:tblHeader w:val="0"/>
      </w:trPr>
      <w:tc>
        <w:tcPr/>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115" w:right="0" w:firstLine="0"/>
            <w:jc w:val="left"/>
            <w:rPr>
              <w:rFonts w:ascii="Libre Baskerville" w:cs="Libre Baskerville" w:eastAsia="Libre Baskerville" w:hAnsi="Libre Baskerville"/>
              <w:b w:val="0"/>
              <w:bCs w:val="0"/>
              <w:i w:val="0"/>
              <w:iCs w:val="0"/>
              <w:smallCaps w:val="0"/>
              <w:strike w:val="0"/>
              <w:color w:val="2b2b2b"/>
              <w:sz w:val="18"/>
              <w:szCs w:val="18"/>
              <w:u w:val="none"/>
              <w:shd w:fill="auto" w:val="clear"/>
              <w:vertAlign w:val="baseline"/>
            </w:rPr>
          </w:pPr>
          <w:r w:rsidDel="00000000" w:rsidR="00000000" w:rsidRPr="00000000">
            <w:rPr>
              <w:rtl w:val="0"/>
            </w:rPr>
          </w:r>
        </w:p>
      </w:tc>
      <w:tc>
        <w:tcPr/>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Libre Baskerville" w:cs="Libre Baskerville" w:eastAsia="Libre Baskerville" w:hAnsi="Libre Baskerville"/>
              <w:b w:val="0"/>
              <w:bCs w:val="0"/>
              <w:i w:val="0"/>
              <w:iCs w:val="0"/>
              <w:smallCaps w:val="0"/>
              <w:strike w:val="0"/>
              <w:color w:val="2b2b2b"/>
              <w:sz w:val="18"/>
              <w:szCs w:val="18"/>
              <w:u w:val="none"/>
              <w:shd w:fill="auto" w:val="clear"/>
              <w:vertAlign w:val="baseline"/>
            </w:rPr>
          </w:pPr>
          <w:r w:rsidDel="00000000" w:rsidR="00000000" w:rsidRPr="00000000">
            <w:rPr>
              <w:rtl w:val="0"/>
            </w:rPr>
          </w:r>
        </w:p>
      </w:tc>
      <w:tc>
        <w:tcPr/>
        <w:p w:rsidR="00000000" w:rsidDel="00000000" w:rsidP="00000000" w:rsidRDefault="00000000" w:rsidRPr="00000000" w14:paraId="000001D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115" w:firstLine="0"/>
            <w:jc w:val="right"/>
            <w:rPr>
              <w:rFonts w:ascii="Libre Baskerville" w:cs="Libre Baskerville" w:eastAsia="Libre Baskerville" w:hAnsi="Libre Baskerville"/>
              <w:b w:val="0"/>
              <w:bCs w:val="0"/>
              <w:i w:val="0"/>
              <w:iCs w:val="0"/>
              <w:smallCaps w:val="0"/>
              <w:strike w:val="0"/>
              <w:color w:val="2b2b2b"/>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1E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Libre Baskerville" w:cs="Libre Baskerville" w:eastAsia="Libre Baskerville" w:hAnsi="Libre Baskerville"/>
        <w:b w:val="0"/>
        <w:bCs w:val="0"/>
        <w:i w:val="0"/>
        <w:iCs w:val="0"/>
        <w:smallCaps w:val="0"/>
        <w:strike w:val="0"/>
        <w:color w:val="2b2b2b"/>
        <w:sz w:val="18"/>
        <w:szCs w:val="18"/>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re Baskerville" w:cs="Libre Baskerville" w:eastAsia="Libre Baskerville" w:hAnsi="Libre Baskerville"/>
        <w:color w:val="2b2b2b"/>
        <w:sz w:val="18"/>
        <w:szCs w:val="18"/>
        <w:lang w:val="en"/>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480" w:lineRule="auto"/>
    </w:pPr>
    <w:rPr>
      <w:rFonts w:ascii="Calibri" w:cs="Calibri" w:eastAsia="Calibri" w:hAnsi="Calibri"/>
      <w:b w:val="1"/>
      <w:bCs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bCs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bCs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bCs w:val="1"/>
      <w:i w:val="1"/>
      <w:iCs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iCs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Header">
    <w:name w:val="header"/>
    <w:basedOn w:val="Normal"/>
    <w:link w:val="HeaderChar"/>
    <w:uiPriority w:val="99"/>
    <w:unhideWhenUsed w:val="1"/>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val="1"/>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Heading7">
    <w:name w:val="heading 7"/>
    <w:basedOn w:val="Normal"/>
    <w:next w:val="Normal"/>
    <w:link w:val="Heading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Heading9">
    <w:name w:val="heading 9"/>
    <w:basedOn w:val="Normal"/>
    <w:next w:val="Normal"/>
    <w:link w:val="Heading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NoSpacing">
    <w:name w:val="No Spacing"/>
    <w:uiPriority w:val="1"/>
    <w:qFormat w:val="1"/>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FC693F"/>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cstheme="majorBidi" w:eastAsiaTheme="majorEastAsia" w:hAnsiTheme="majorHAnsi"/>
      <w:b w:val="1"/>
      <w:bCs w:val="1"/>
      <w:color w:val="4f81bd" w:themeColor="accent1"/>
    </w:rPr>
  </w:style>
  <w:style w:type="character" w:styleId="TitleChar" w:customStyle="1">
    <w:name w:val="Title Char"/>
    <w:basedOn w:val="DefaultParagraphFont"/>
    <w:link w:val="Title"/>
    <w:uiPriority w:val="10"/>
    <w:rsid w:val="00FC693F"/>
    <w:rPr>
      <w:rFonts w:asciiTheme="majorHAnsi" w:cstheme="majorBidi" w:eastAsiaTheme="majorEastAsia" w:hAnsiTheme="majorHAnsi"/>
      <w:color w:val="17365d" w:themeColor="text2" w:themeShade="0000BF"/>
      <w:spacing w:val="5"/>
      <w:kern w:val="28"/>
      <w:sz w:val="52"/>
      <w:szCs w:val="52"/>
    </w:rPr>
  </w:style>
  <w:style w:type="character" w:styleId="SubtitleChar" w:customStyle="1">
    <w:name w:val="Subtitle Char"/>
    <w:basedOn w:val="DefaultParagraphFont"/>
    <w:link w:val="Subtitle"/>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ListParagraph">
    <w:name w:val="List Paragraph"/>
    <w:basedOn w:val="Normal"/>
    <w:uiPriority w:val="34"/>
    <w:qFormat w:val="1"/>
    <w:rsid w:val="00FC693F"/>
    <w:pPr>
      <w:ind w:left="720"/>
      <w:contextualSpacing w:val="1"/>
    </w:pPr>
  </w:style>
  <w:style w:type="paragraph" w:styleId="BodyText">
    <w:name w:val="Body Text"/>
    <w:basedOn w:val="Normal"/>
    <w:link w:val="BodyTextChar"/>
    <w:uiPriority w:val="99"/>
    <w:unhideWhenUsed w:val="1"/>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val="1"/>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val="1"/>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val="1"/>
    <w:rsid w:val="00AA1D8D"/>
    <w:pPr>
      <w:ind w:left="360" w:hanging="360"/>
      <w:contextualSpacing w:val="1"/>
    </w:pPr>
  </w:style>
  <w:style w:type="paragraph" w:styleId="List2">
    <w:name w:val="List 2"/>
    <w:basedOn w:val="Normal"/>
    <w:uiPriority w:val="99"/>
    <w:unhideWhenUsed w:val="1"/>
    <w:rsid w:val="00326F90"/>
    <w:pPr>
      <w:ind w:left="720" w:hanging="360"/>
      <w:contextualSpacing w:val="1"/>
    </w:pPr>
  </w:style>
  <w:style w:type="paragraph" w:styleId="List3">
    <w:name w:val="List 3"/>
    <w:basedOn w:val="Normal"/>
    <w:uiPriority w:val="99"/>
    <w:unhideWhenUsed w:val="1"/>
    <w:rsid w:val="00326F90"/>
    <w:pPr>
      <w:ind w:left="1080" w:hanging="360"/>
      <w:contextualSpacing w:val="1"/>
    </w:pPr>
  </w:style>
  <w:style w:type="paragraph" w:styleId="ListBullet">
    <w:name w:val="List Bullet"/>
    <w:basedOn w:val="Normal"/>
    <w:uiPriority w:val="99"/>
    <w:unhideWhenUsed w:val="1"/>
    <w:rsid w:val="00326F90"/>
    <w:pPr>
      <w:numPr>
        <w:numId w:val="1"/>
      </w:numPr>
      <w:contextualSpacing w:val="1"/>
    </w:pPr>
  </w:style>
  <w:style w:type="paragraph" w:styleId="ListBullet2">
    <w:name w:val="List Bullet 2"/>
    <w:basedOn w:val="Normal"/>
    <w:uiPriority w:val="99"/>
    <w:unhideWhenUsed w:val="1"/>
    <w:rsid w:val="00326F90"/>
    <w:pPr>
      <w:numPr>
        <w:numId w:val="2"/>
      </w:numPr>
      <w:contextualSpacing w:val="1"/>
    </w:pPr>
  </w:style>
  <w:style w:type="paragraph" w:styleId="ListBullet3">
    <w:name w:val="List Bullet 3"/>
    <w:basedOn w:val="Normal"/>
    <w:uiPriority w:val="99"/>
    <w:unhideWhenUsed w:val="1"/>
    <w:rsid w:val="00326F90"/>
    <w:pPr>
      <w:numPr>
        <w:numId w:val="3"/>
      </w:numPr>
      <w:contextualSpacing w:val="1"/>
    </w:pPr>
  </w:style>
  <w:style w:type="paragraph" w:styleId="ListNumber">
    <w:name w:val="List Number"/>
    <w:basedOn w:val="Normal"/>
    <w:uiPriority w:val="99"/>
    <w:unhideWhenUsed w:val="1"/>
    <w:rsid w:val="00326F90"/>
    <w:pPr>
      <w:numPr>
        <w:numId w:val="5"/>
      </w:numPr>
      <w:contextualSpacing w:val="1"/>
    </w:pPr>
  </w:style>
  <w:style w:type="paragraph" w:styleId="ListNumber2">
    <w:name w:val="List Number 2"/>
    <w:basedOn w:val="Normal"/>
    <w:uiPriority w:val="99"/>
    <w:unhideWhenUsed w:val="1"/>
    <w:rsid w:val="0029639D"/>
    <w:pPr>
      <w:numPr>
        <w:numId w:val="6"/>
      </w:numPr>
      <w:contextualSpacing w:val="1"/>
    </w:pPr>
  </w:style>
  <w:style w:type="paragraph" w:styleId="ListNumber3">
    <w:name w:val="List Number 3"/>
    <w:basedOn w:val="Normal"/>
    <w:uiPriority w:val="99"/>
    <w:unhideWhenUsed w:val="1"/>
    <w:rsid w:val="0029639D"/>
    <w:pPr>
      <w:numPr>
        <w:numId w:val="7"/>
      </w:numPr>
      <w:contextualSpacing w:val="1"/>
    </w:pPr>
  </w:style>
  <w:style w:type="paragraph" w:styleId="ListContinue">
    <w:name w:val="List Continue"/>
    <w:basedOn w:val="Normal"/>
    <w:uiPriority w:val="99"/>
    <w:unhideWhenUsed w:val="1"/>
    <w:rsid w:val="0029639D"/>
    <w:pPr>
      <w:spacing w:after="120"/>
      <w:ind w:left="360"/>
      <w:contextualSpacing w:val="1"/>
    </w:pPr>
  </w:style>
  <w:style w:type="paragraph" w:styleId="ListContinue2">
    <w:name w:val="List Continue 2"/>
    <w:basedOn w:val="Normal"/>
    <w:uiPriority w:val="99"/>
    <w:unhideWhenUsed w:val="1"/>
    <w:rsid w:val="0029639D"/>
    <w:pPr>
      <w:spacing w:after="120"/>
      <w:ind w:left="720"/>
      <w:contextualSpacing w:val="1"/>
    </w:pPr>
  </w:style>
  <w:style w:type="paragraph" w:styleId="ListContinue3">
    <w:name w:val="List Continue 3"/>
    <w:basedOn w:val="Normal"/>
    <w:uiPriority w:val="99"/>
    <w:unhideWhenUsed w:val="1"/>
    <w:rsid w:val="0029639D"/>
    <w:pPr>
      <w:spacing w:after="120"/>
      <w:ind w:left="1080"/>
      <w:contextualSpacing w:val="1"/>
    </w:pPr>
  </w:style>
  <w:style w:type="paragraph" w:styleId="MacroText">
    <w:name w:val="macro"/>
    <w:link w:val="MacroTextChar"/>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val="1"/>
    <w:rsid w:val="00FC693F"/>
    <w:rPr>
      <w:i w:val="1"/>
      <w:iCs w:val="1"/>
      <w:color w:val="000000" w:themeColor="text1"/>
    </w:rPr>
  </w:style>
  <w:style w:type="character" w:styleId="QuoteChar" w:customStyle="1">
    <w:name w:val="Quote Char"/>
    <w:basedOn w:val="DefaultParagraphFont"/>
    <w:link w:val="Quote"/>
    <w:uiPriority w:val="29"/>
    <w:rsid w:val="00FC693F"/>
    <w:rPr>
      <w:i w:val="1"/>
      <w:iCs w:val="1"/>
      <w:color w:val="000000" w:themeColor="text1"/>
    </w:rPr>
  </w:style>
  <w:style w:type="character" w:styleId="Heading4Char" w:customStyle="1">
    <w:name w:val="Heading 4 Char"/>
    <w:basedOn w:val="DefaultParagraphFont"/>
    <w:link w:val="Heading4"/>
    <w:uiPriority w:val="9"/>
    <w:semiHidden w:val="1"/>
    <w:rsid w:val="00FC693F"/>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semiHidden w:val="1"/>
    <w:rsid w:val="00FC693F"/>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semiHidden w:val="1"/>
    <w:rsid w:val="00FC693F"/>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semiHidden w:val="1"/>
    <w:rsid w:val="00FC693F"/>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semiHidden w:val="1"/>
    <w:rsid w:val="00FC693F"/>
    <w:rPr>
      <w:rFonts w:asciiTheme="majorHAnsi" w:cstheme="majorBidi" w:eastAsiaTheme="majorEastAsia" w:hAnsiTheme="majorHAnsi"/>
      <w:color w:val="4f81bd" w:themeColor="accent1"/>
      <w:sz w:val="20"/>
      <w:szCs w:val="20"/>
    </w:rPr>
  </w:style>
  <w:style w:type="character" w:styleId="Heading9Char" w:customStyle="1">
    <w:name w:val="Heading 9 Char"/>
    <w:basedOn w:val="DefaultParagraphFont"/>
    <w:link w:val="Heading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Caption">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character" w:styleId="Strong">
    <w:name w:val="Strong"/>
    <w:basedOn w:val="DefaultParagraphFont"/>
    <w:uiPriority w:val="22"/>
    <w:qFormat w:val="1"/>
    <w:rsid w:val="00FC693F"/>
    <w:rPr>
      <w:b w:val="1"/>
      <w:bCs w:val="1"/>
    </w:rPr>
  </w:style>
  <w:style w:type="character" w:styleId="Emphasis">
    <w:name w:val="Emphasis"/>
    <w:basedOn w:val="DefaultParagraphFont"/>
    <w:uiPriority w:val="20"/>
    <w:qFormat w:val="1"/>
    <w:rsid w:val="00FC693F"/>
    <w:rPr>
      <w:i w:val="1"/>
      <w:iCs w:val="1"/>
    </w:rPr>
  </w:style>
  <w:style w:type="paragraph" w:styleId="IntenseQuote">
    <w:name w:val="Intense Quote"/>
    <w:basedOn w:val="Normal"/>
    <w:next w:val="Normal"/>
    <w:link w:val="IntenseQuote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FC693F"/>
    <w:rPr>
      <w:b w:val="1"/>
      <w:bCs w:val="1"/>
      <w:i w:val="1"/>
      <w:iCs w:val="1"/>
      <w:color w:val="4f81bd" w:themeColor="accent1"/>
    </w:rPr>
  </w:style>
  <w:style w:type="character" w:styleId="SubtleEmphasis">
    <w:name w:val="Subtle Emphasis"/>
    <w:basedOn w:val="DefaultParagraphFont"/>
    <w:uiPriority w:val="19"/>
    <w:qFormat w:val="1"/>
    <w:rsid w:val="00FC693F"/>
    <w:rPr>
      <w:i w:val="1"/>
      <w:iCs w:val="1"/>
      <w:color w:val="808080" w:themeColor="text1" w:themeTint="00007F"/>
    </w:rPr>
  </w:style>
  <w:style w:type="character" w:styleId="IntenseEmphasis">
    <w:name w:val="Intense Emphasis"/>
    <w:basedOn w:val="DefaultParagraphFont"/>
    <w:uiPriority w:val="21"/>
    <w:qFormat w:val="1"/>
    <w:rsid w:val="00FC693F"/>
    <w:rPr>
      <w:b w:val="1"/>
      <w:bCs w:val="1"/>
      <w:i w:val="1"/>
      <w:iCs w:val="1"/>
      <w:color w:val="4f81bd" w:themeColor="accent1"/>
    </w:rPr>
  </w:style>
  <w:style w:type="character" w:styleId="SubtleReference">
    <w:name w:val="Subtle Reference"/>
    <w:basedOn w:val="DefaultParagraphFont"/>
    <w:uiPriority w:val="31"/>
    <w:qFormat w:val="1"/>
    <w:rsid w:val="00FC693F"/>
    <w:rPr>
      <w:smallCaps w:val="1"/>
      <w:color w:val="c0504d" w:themeColor="accent2"/>
      <w:u w:val="single"/>
    </w:rPr>
  </w:style>
  <w:style w:type="character" w:styleId="IntenseReference">
    <w:name w:val="Intense Reference"/>
    <w:basedOn w:val="DefaultParagraphFont"/>
    <w:uiPriority w:val="32"/>
    <w:qFormat w:val="1"/>
    <w:rsid w:val="00FC693F"/>
    <w:rPr>
      <w:b w:val="1"/>
      <w:bCs w:val="1"/>
      <w:smallCaps w:val="1"/>
      <w:color w:val="c0504d" w:themeColor="accent2"/>
      <w:spacing w:val="5"/>
      <w:u w:val="single"/>
    </w:rPr>
  </w:style>
  <w:style w:type="character" w:styleId="BookTitle">
    <w:name w:val="Book Title"/>
    <w:basedOn w:val="DefaultParagraphFont"/>
    <w:uiPriority w:val="33"/>
    <w:qFormat w:val="1"/>
    <w:rsid w:val="00FC693F"/>
    <w:rPr>
      <w:b w:val="1"/>
      <w:bCs w:val="1"/>
      <w:smallCaps w:val="1"/>
      <w:spacing w:val="5"/>
    </w:rPr>
  </w:style>
  <w:style w:type="paragraph" w:styleId="TOCHeading">
    <w:name w:val="TOC Heading"/>
    <w:basedOn w:val="Heading1"/>
    <w:next w:val="Normal"/>
    <w:uiPriority w:val="39"/>
    <w:semiHidden w:val="1"/>
    <w:unhideWhenUsed w:val="1"/>
    <w:qFormat w:val="1"/>
    <w:rsid w:val="00FC693F"/>
    <w:pPr>
      <w:outlineLvl w:val="9"/>
    </w:pPr>
  </w:style>
  <w:style w:type="table" w:styleId="TableGrid">
    <w:name w:val="Table Grid"/>
    <w:basedOn w:val="TableNormal"/>
    <w:uiPriority w:val="59"/>
    <w:rsid w:val="00FC693F"/>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table" w:styleId="LightShading">
    <w:name w:val="Light Shading"/>
    <w:basedOn w:val="TableNormal"/>
    <w:uiPriority w:val="60"/>
    <w:rsid w:val="00FC693F"/>
    <w:pPr>
      <w:spacing w:after="0" w:line="240" w:lineRule="auto"/>
    </w:pPr>
    <w:rPr>
      <w:color w:val="000000" w:themeColor="text1" w:themeShade="0000BF"/>
    </w:rPr>
    <w:tblPr>
      <w:tblStyleRowBandSize w:val="1"/>
      <w:tblStyleColBandSize w:val="1"/>
      <w:tblInd w:w="0.0" w:type="dxa"/>
      <w:tblBorders>
        <w:top w:color="000000" w:space="0" w:sz="8" w:themeColor="text1" w:val="single"/>
        <w:bottom w:color="000000" w:space="0" w:sz="8" w:themeColor="text1"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rsid w:val="00FC693F"/>
    <w:pPr>
      <w:spacing w:after="0" w:line="240" w:lineRule="auto"/>
    </w:pPr>
    <w:rPr>
      <w:color w:val="365f91" w:themeColor="accent1" w:themeShade="0000BF"/>
    </w:rPr>
    <w:tblPr>
      <w:tblStyleRowBandSize w:val="1"/>
      <w:tblStyleColBandSize w:val="1"/>
      <w:tblInd w:w="0.0" w:type="dxa"/>
      <w:tblBorders>
        <w:top w:color="4f81bd" w:space="0" w:sz="8" w:themeColor="accent1" w:val="single"/>
        <w:bottom w:color="4f81bd" w:space="0" w:sz="8" w:themeColor="accent1"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LightShading-Accent2">
    <w:name w:val="Light Shading Accent 2"/>
    <w:basedOn w:val="TableNormal"/>
    <w:uiPriority w:val="60"/>
    <w:rsid w:val="00FC693F"/>
    <w:pPr>
      <w:spacing w:after="0" w:line="240" w:lineRule="auto"/>
    </w:pPr>
    <w:rPr>
      <w:color w:val="943634" w:themeColor="accent2" w:themeShade="0000BF"/>
    </w:rPr>
    <w:tblPr>
      <w:tblStyleRowBandSize w:val="1"/>
      <w:tblStyleColBandSize w:val="1"/>
      <w:tblInd w:w="0.0" w:type="dxa"/>
      <w:tblBorders>
        <w:top w:color="c0504d" w:space="0" w:sz="8" w:themeColor="accent2" w:val="single"/>
        <w:bottom w:color="c0504d" w:space="0" w:sz="8" w:themeColor="accent2"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LightShading-Accent3">
    <w:name w:val="Light Shading Accent 3"/>
    <w:basedOn w:val="TableNormal"/>
    <w:uiPriority w:val="60"/>
    <w:rsid w:val="00FC693F"/>
    <w:pPr>
      <w:spacing w:after="0" w:line="240" w:lineRule="auto"/>
    </w:pPr>
    <w:rPr>
      <w:color w:val="76923c" w:themeColor="accent3" w:themeShade="0000BF"/>
    </w:rPr>
    <w:tblPr>
      <w:tblStyleRowBandSize w:val="1"/>
      <w:tblStyleColBandSize w:val="1"/>
      <w:tblInd w:w="0.0" w:type="dxa"/>
      <w:tblBorders>
        <w:top w:color="9bbb59" w:space="0" w:sz="8" w:themeColor="accent3" w:val="single"/>
        <w:bottom w:color="9bbb59" w:space="0" w:sz="8" w:themeColor="accent3"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LightShading-Accent4">
    <w:name w:val="Light Shading Accent 4"/>
    <w:basedOn w:val="TableNormal"/>
    <w:uiPriority w:val="60"/>
    <w:rsid w:val="00FC693F"/>
    <w:pPr>
      <w:spacing w:after="0" w:line="240" w:lineRule="auto"/>
    </w:pPr>
    <w:rPr>
      <w:color w:val="5f497a" w:themeColor="accent4" w:themeShade="0000BF"/>
    </w:rPr>
    <w:tblPr>
      <w:tblStyleRowBandSize w:val="1"/>
      <w:tblStyleColBandSize w:val="1"/>
      <w:tblInd w:w="0.0" w:type="dxa"/>
      <w:tblBorders>
        <w:top w:color="8064a2" w:space="0" w:sz="8" w:themeColor="accent4" w:val="single"/>
        <w:bottom w:color="8064a2" w:space="0" w:sz="8" w:themeColor="accent4"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LightShading-Accent5">
    <w:name w:val="Light Shading Accent 5"/>
    <w:basedOn w:val="TableNormal"/>
    <w:uiPriority w:val="60"/>
    <w:rsid w:val="00FC693F"/>
    <w:pPr>
      <w:spacing w:after="0" w:line="240" w:lineRule="auto"/>
    </w:pPr>
    <w:rPr>
      <w:color w:val="31849b" w:themeColor="accent5" w:themeShade="0000BF"/>
    </w:rPr>
    <w:tblPr>
      <w:tblStyleRowBandSize w:val="1"/>
      <w:tblStyleColBandSize w:val="1"/>
      <w:tblInd w:w="0.0" w:type="dxa"/>
      <w:tblBorders>
        <w:top w:color="4bacc6" w:space="0" w:sz="8" w:themeColor="accent5" w:val="single"/>
        <w:bottom w:color="4bacc6" w:space="0" w:sz="8" w:themeColor="accent5"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LightShading-Accent6">
    <w:name w:val="Light Shading Accent 6"/>
    <w:basedOn w:val="TableNormal"/>
    <w:uiPriority w:val="60"/>
    <w:rsid w:val="00FC693F"/>
    <w:pPr>
      <w:spacing w:after="0" w:line="240" w:lineRule="auto"/>
    </w:pPr>
    <w:rPr>
      <w:color w:val="e36c0a" w:themeColor="accent6" w:themeShade="0000BF"/>
    </w:rPr>
    <w:tblPr>
      <w:tblStyleRowBandSize w:val="1"/>
      <w:tblStyleColBandSize w:val="1"/>
      <w:tblInd w:w="0.0" w:type="dxa"/>
      <w:tblBorders>
        <w:top w:color="f79646" w:space="0" w:sz="8" w:themeColor="accent6" w:val="single"/>
        <w:bottom w:color="f79646" w:space="0" w:sz="8" w:themeColor="accent6"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ghtList">
    <w:name w:val="Light List"/>
    <w:basedOn w:val="TableNormal"/>
    <w:uiPriority w:val="61"/>
    <w:rsid w:val="00FC693F"/>
    <w:pPr>
      <w:spacing w:after="0" w:line="240" w:lineRule="auto"/>
    </w:p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LightGrid">
    <w:name w:val="Light Grid"/>
    <w:basedOn w:val="TableNormal"/>
    <w:uiPriority w:val="62"/>
    <w:rsid w:val="00CB0664"/>
    <w:pPr>
      <w:spacing w:after="0" w:line="240" w:lineRule="auto"/>
    </w:p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0" w:type="dxa"/>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0" w:type="dxa"/>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0" w:type="dxa"/>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0" w:type="dxa"/>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0" w:type="dxa"/>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0" w:type="dxa"/>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0" w:type="dxa"/>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0" w:type="dxa"/>
      <w:tblBorders>
        <w:top w:color="000000" w:space="0" w:sz="8" w:themeColor="text1" w:val="single"/>
        <w:bottom w:color="000000" w:space="0" w:sz="8" w:themeColor="text1"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0" w:type="dxa"/>
      <w:tblBorders>
        <w:top w:color="4f81bd" w:space="0" w:sz="8" w:themeColor="accent1" w:val="single"/>
        <w:bottom w:color="4f81bd" w:space="0" w:sz="8" w:themeColor="accent1"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0" w:type="dxa"/>
      <w:tblBorders>
        <w:top w:color="c0504d" w:space="0" w:sz="8" w:themeColor="accent2" w:val="single"/>
        <w:bottom w:color="c0504d" w:space="0" w:sz="8" w:themeColor="accent2"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0" w:type="dxa"/>
      <w:tblBorders>
        <w:top w:color="9bbb59" w:space="0" w:sz="8" w:themeColor="accent3" w:val="single"/>
        <w:bottom w:color="9bbb59" w:space="0" w:sz="8" w:themeColor="accent3"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0" w:type="dxa"/>
      <w:tblBorders>
        <w:top w:color="8064a2" w:space="0" w:sz="8" w:themeColor="accent4" w:val="single"/>
        <w:bottom w:color="8064a2" w:space="0" w:sz="8" w:themeColor="accent4"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0" w:type="dxa"/>
      <w:tblBorders>
        <w:top w:color="4bacc6" w:space="0" w:sz="8" w:themeColor="accent5" w:val="single"/>
        <w:bottom w:color="4bacc6" w:space="0" w:sz="8" w:themeColor="accent5"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0" w:type="dxa"/>
      <w:tblBorders>
        <w:top w:color="f79646" w:space="0" w:sz="8" w:themeColor="accent6" w:val="single"/>
        <w:bottom w:color="f79646" w:space="0" w:sz="8" w:themeColor="accent6"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MediumList2">
    <w:name w:val="Medium Lis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0" w:type="dxa"/>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0" w:type="dxa"/>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0" w:type="dxa"/>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0" w:type="dxa"/>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0" w:type="dxa"/>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0" w:type="dxa"/>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0" w:type="dxa"/>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MediumGrid2">
    <w:name w:val="Medium Grid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0" w:type="dxa"/>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0" w:type="dxa"/>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0" w:type="dxa"/>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0" w:type="dxa"/>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Subtitle">
    <w:name w:val="Subtitle"/>
    <w:basedOn w:val="Normal"/>
    <w:next w:val="Normal"/>
    <w:pPr/>
    <w:rPr>
      <w:rFonts w:ascii="Calibri" w:cs="Calibri" w:eastAsia="Calibri" w:hAnsi="Calibri"/>
      <w:i w:val="1"/>
      <w:iCs w:val="1"/>
      <w:color w:val="4f81bd"/>
      <w:sz w:val="24"/>
      <w:szCs w:val="24"/>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8">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0">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LibreBaskerville-regular.ttf"/><Relationship Id="rId2" Type="http://schemas.openxmlformats.org/officeDocument/2006/relationships/font" Target="fonts/LibreBaskerville-bold.ttf"/><Relationship Id="rId3" Type="http://schemas.openxmlformats.org/officeDocument/2006/relationships/font" Target="fonts/LibreBaskerville-italic.ttf"/><Relationship Id="rId4" Type="http://schemas.openxmlformats.org/officeDocument/2006/relationships/font" Target="fonts/LibreBaskerville-boldItalic.ttf"/><Relationship Id="rId5" Type="http://schemas.openxmlformats.org/officeDocument/2006/relationships/font" Target="fonts/Cinzel-regular.ttf"/><Relationship Id="rId6" Type="http://schemas.openxmlformats.org/officeDocument/2006/relationships/font" Target="fonts/Cinzel-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4NZGmEqJO5Iqf6rqvRLDIJetyQ==">CgMxLjA4AHIhMVo3Slo4NGVQVlk4TGtKaklpTlF2SWxVb1RhYmxKQjZx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2013-12-23T23:15:00.0000000Z</dcterms:created>
  <dc:creator>python-docx</dc:creator>
</cp:coreProperties>
</file>